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360" w:line="252" w:lineRule="auto"/>
        <w:jc w:val="left"/>
      </w:pPr>
      <w:r>
        <w:rPr>
          <w:rFonts w:ascii="Noto Sans CJK JP" w:hAnsi="Noto Sans CJK JP" w:eastAsia="Noto Sans CJK JP"/>
          <w:b/>
          <w:color w:val="000000"/>
          <w:sz w:val="48"/>
        </w:rPr>
        <w:t>SIer SES 情シス 職務経歴書テンプレート</w:t>
      </w:r>
    </w:p>
    <w:p>
      <w:pPr>
        <w:spacing w:after="240" w:line="312" w:lineRule="auto"/>
      </w:pPr>
      <w:r>
        <w:rPr>
          <w:rFonts w:ascii="Noto Sans CJK JP" w:hAnsi="Noto Sans CJK JP" w:eastAsia="Noto Sans CJK JP"/>
          <w:b w:val="0"/>
          <w:color w:val="17202A"/>
          <w:sz w:val="22"/>
        </w:rPr>
        <w:t>このテンプレートは、案件名の一覧を、採用側が確認できる担当範囲と判断の記録へ変えるための編集用ファイルです。応募先の指定様式がある場合は、その様式を優先してください。</w:t>
      </w:r>
    </w:p>
    <w:p>
      <w:pPr>
        <w:pStyle w:val="Heading1"/>
      </w:pPr>
      <w:r>
        <w:t>使い方</w:t>
      </w:r>
    </w:p>
    <w:p>
      <w:pPr>
        <w:pStyle w:val="ListNumber"/>
        <w:spacing w:after="100" w:line="288" w:lineRule="auto"/>
      </w:pPr>
      <w:r>
        <w:rPr>
          <w:rFonts w:ascii="Noto Sans CJK JP" w:hAnsi="Noto Sans CJK JP" w:eastAsia="Noto Sans CJK JP"/>
          <w:b w:val="0"/>
          <w:color w:val="17202A"/>
          <w:sz w:val="21"/>
        </w:rPr>
        <w:t>応募先に近い案件を三件まで選びます。全案件の期間と概要は別紙または短い一覧へ残します。</w:t>
      </w:r>
    </w:p>
    <w:p>
      <w:pPr>
        <w:pStyle w:val="ListNumber"/>
        <w:spacing w:after="100" w:line="288" w:lineRule="auto"/>
      </w:pPr>
      <w:r>
        <w:rPr>
          <w:rFonts w:ascii="Noto Sans CJK JP" w:hAnsi="Noto Sans CJK JP" w:eastAsia="Noto Sans CJK JP"/>
          <w:b w:val="0"/>
          <w:color w:val="17202A"/>
          <w:sz w:val="21"/>
        </w:rPr>
        <w:t>各案件を期間 案件概要 体制と役割 担当工程 技術と成果物 判断と結果へ分けます。</w:t>
      </w:r>
    </w:p>
    <w:p>
      <w:pPr>
        <w:pStyle w:val="ListNumber"/>
        <w:spacing w:after="100" w:line="288" w:lineRule="auto"/>
      </w:pPr>
      <w:r>
        <w:rPr>
          <w:rFonts w:ascii="Noto Sans CJK JP" w:hAnsi="Noto Sans CJK JP" w:eastAsia="Noto Sans CJK JP"/>
          <w:b w:val="0"/>
          <w:color w:val="17202A"/>
          <w:sz w:val="21"/>
        </w:rPr>
        <w:t>顧客名や非公開情報を一般化し、チーム成果と自分の担当を分けます。</w:t>
      </w:r>
    </w:p>
    <w:p>
      <w:pPr>
        <w:pStyle w:val="ListNumber"/>
        <w:spacing w:after="100" w:line="288" w:lineRule="auto"/>
      </w:pPr>
      <w:r>
        <w:rPr>
          <w:rFonts w:ascii="Noto Sans CJK JP" w:hAnsi="Noto Sans CJK JP" w:eastAsia="Noto Sans CJK JP"/>
          <w:b w:val="0"/>
          <w:color w:val="17202A"/>
          <w:sz w:val="21"/>
        </w:rPr>
        <w:t>完成後に職務要約と技術スキルを更新し、PDFへ変換してから提出します。</w:t>
      </w:r>
    </w:p>
    <w:p>
      <w:pPr>
        <w:pStyle w:val="Heading1"/>
      </w:pPr>
      <w:r>
        <w:t>基本情報</w:t>
      </w:r>
    </w:p>
    <w:tbl>
      <w:tblPr>
        <w:tblW w:type="auto" w:w="0"/>
        <w:jc w:val="center"/>
        <w:tblLayout w:type="fixed"/>
        <w:tblLook w:firstColumn="1" w:firstRow="1" w:lastColumn="0" w:lastRow="0" w:noHBand="0" w:noVBand="1" w:val="04A0"/>
      </w:tblPr>
      <w:tblGrid>
        <w:gridCol w:w="5083"/>
        <w:gridCol w:w="5083"/>
      </w:tblGrid>
      <w:tr>
        <w:trPr>
          <w:tblHeader w:val="true"/>
        </w:trPr>
        <w:tc>
          <w:tcPr>
            <w:tcW w:type="dxa" w:w="2232"/>
            <w:shd w:fill="173B57"/>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130" w:type="dxa"/>
              <w:start w:w="130" w:type="dxa"/>
              <w:bottom w:w="130" w:type="dxa"/>
              <w:end w:w="130" w:type="dxa"/>
            </w:tcMar>
            <w:vAlign w:val="center"/>
          </w:tcPr>
          <w:p>
            <w:pPr>
              <w:spacing w:after="0" w:line="276" w:lineRule="auto"/>
              <w:jc w:val="center"/>
            </w:pPr>
            <w:r>
              <w:rPr>
                <w:rFonts w:ascii="Noto Sans CJK JP" w:hAnsi="Noto Sans CJK JP" w:eastAsia="Noto Sans CJK JP"/>
                <w:b/>
                <w:color w:val="FFFFFF"/>
                <w:sz w:val="20"/>
              </w:rPr>
              <w:t>項目</w:t>
            </w:r>
          </w:p>
        </w:tc>
        <w:tc>
          <w:tcPr>
            <w:tcW w:type="dxa" w:w="7992"/>
            <w:shd w:fill="173B57"/>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130" w:type="dxa"/>
              <w:start w:w="130" w:type="dxa"/>
              <w:bottom w:w="130" w:type="dxa"/>
              <w:end w:w="130" w:type="dxa"/>
            </w:tcMar>
            <w:vAlign w:val="center"/>
          </w:tcPr>
          <w:p>
            <w:pPr>
              <w:spacing w:after="0" w:line="276" w:lineRule="auto"/>
              <w:jc w:val="center"/>
            </w:pPr>
            <w:r>
              <w:rPr>
                <w:rFonts w:ascii="Noto Sans CJK JP" w:hAnsi="Noto Sans CJK JP" w:eastAsia="Noto Sans CJK JP"/>
                <w:b/>
                <w:color w:val="FFFFFF"/>
                <w:sz w:val="20"/>
              </w:rPr>
              <w:t>入力欄</w:t>
            </w:r>
          </w:p>
        </w:tc>
      </w:tr>
      <w:tr>
        <w:tc>
          <w:tcPr>
            <w:tcW w:type="dxa" w:w="2232"/>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135" w:type="dxa"/>
              <w:start w:w="130" w:type="dxa"/>
              <w:bottom w:w="135" w:type="dxa"/>
              <w:end w:w="130" w:type="dxa"/>
            </w:tcMar>
            <w:vAlign w:val="center"/>
            <w:shd w:fill="EAF3F8"/>
          </w:tcPr>
          <w:p>
            <w:pPr>
              <w:spacing w:after="0" w:line="276" w:lineRule="auto"/>
            </w:pPr>
            <w:r>
              <w:rPr>
                <w:rFonts w:ascii="Noto Sans CJK JP" w:hAnsi="Noto Sans CJK JP" w:eastAsia="Noto Sans CJK JP"/>
                <w:b/>
                <w:color w:val="17202A"/>
                <w:sz w:val="20"/>
              </w:rPr>
              <w:t>作成日</w:t>
            </w:r>
          </w:p>
        </w:tc>
        <w:tc>
          <w:tcPr>
            <w:tcW w:type="dxa" w:w="7992"/>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135" w:type="dxa"/>
              <w:start w:w="130" w:type="dxa"/>
              <w:bottom w:w="135" w:type="dxa"/>
              <w:end w:w="130" w:type="dxa"/>
            </w:tcMar>
            <w:vAlign w:val="center"/>
          </w:tcPr>
          <w:p>
            <w:pPr>
              <w:spacing w:after="0" w:line="300" w:lineRule="auto"/>
            </w:pPr>
            <w:r>
              <w:rPr>
                <w:rFonts w:ascii="Noto Sans CJK JP" w:hAnsi="Noto Sans CJK JP" w:eastAsia="Noto Sans CJK JP"/>
                <w:b w:val="0"/>
                <w:color w:val="52616B"/>
                <w:sz w:val="20"/>
              </w:rPr>
              <w:t>［西暦 年 月 日］</w:t>
            </w:r>
          </w:p>
        </w:tc>
      </w:tr>
      <w:tr>
        <w:tc>
          <w:tcPr>
            <w:tcW w:type="dxa" w:w="2232"/>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135" w:type="dxa"/>
              <w:start w:w="130" w:type="dxa"/>
              <w:bottom w:w="135" w:type="dxa"/>
              <w:end w:w="130" w:type="dxa"/>
            </w:tcMar>
            <w:vAlign w:val="center"/>
            <w:shd w:fill="EAF3F8"/>
          </w:tcPr>
          <w:p>
            <w:pPr>
              <w:spacing w:after="0" w:line="276" w:lineRule="auto"/>
            </w:pPr>
            <w:r>
              <w:rPr>
                <w:rFonts w:ascii="Noto Sans CJK JP" w:hAnsi="Noto Sans CJK JP" w:eastAsia="Noto Sans CJK JP"/>
                <w:b/>
                <w:color w:val="17202A"/>
                <w:sz w:val="20"/>
              </w:rPr>
              <w:t>氏名</w:t>
            </w:r>
          </w:p>
        </w:tc>
        <w:tc>
          <w:tcPr>
            <w:tcW w:type="dxa" w:w="7992"/>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135" w:type="dxa"/>
              <w:start w:w="130" w:type="dxa"/>
              <w:bottom w:w="135" w:type="dxa"/>
              <w:end w:w="130" w:type="dxa"/>
            </w:tcMar>
            <w:vAlign w:val="center"/>
            <w:shd w:fill="F5F9FC"/>
          </w:tcPr>
          <w:p>
            <w:pPr>
              <w:spacing w:after="0" w:line="300" w:lineRule="auto"/>
            </w:pPr>
            <w:r>
              <w:rPr>
                <w:rFonts w:ascii="Noto Sans CJK JP" w:hAnsi="Noto Sans CJK JP" w:eastAsia="Noto Sans CJK JP"/>
                <w:b w:val="0"/>
                <w:color w:val="52616B"/>
                <w:sz w:val="20"/>
              </w:rPr>
              <w:t>［氏名］</w:t>
            </w:r>
          </w:p>
        </w:tc>
      </w:tr>
      <w:tr>
        <w:tc>
          <w:tcPr>
            <w:tcW w:type="dxa" w:w="2232"/>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135" w:type="dxa"/>
              <w:start w:w="130" w:type="dxa"/>
              <w:bottom w:w="135" w:type="dxa"/>
              <w:end w:w="130" w:type="dxa"/>
            </w:tcMar>
            <w:vAlign w:val="center"/>
            <w:shd w:fill="EAF3F8"/>
          </w:tcPr>
          <w:p>
            <w:pPr>
              <w:spacing w:after="0" w:line="276" w:lineRule="auto"/>
            </w:pPr>
            <w:r>
              <w:rPr>
                <w:rFonts w:ascii="Noto Sans CJK JP" w:hAnsi="Noto Sans CJK JP" w:eastAsia="Noto Sans CJK JP"/>
                <w:b/>
                <w:color w:val="17202A"/>
                <w:sz w:val="20"/>
              </w:rPr>
              <w:t>希望職種</w:t>
            </w:r>
          </w:p>
        </w:tc>
        <w:tc>
          <w:tcPr>
            <w:tcW w:type="dxa" w:w="7992"/>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135" w:type="dxa"/>
              <w:start w:w="130" w:type="dxa"/>
              <w:bottom w:w="135" w:type="dxa"/>
              <w:end w:w="130" w:type="dxa"/>
            </w:tcMar>
            <w:vAlign w:val="center"/>
          </w:tcPr>
          <w:p>
            <w:pPr>
              <w:spacing w:after="0" w:line="300" w:lineRule="auto"/>
            </w:pPr>
            <w:r>
              <w:rPr>
                <w:rFonts w:ascii="Noto Sans CJK JP" w:hAnsi="Noto Sans CJK JP" w:eastAsia="Noto Sans CJK JP"/>
                <w:b w:val="0"/>
                <w:color w:val="52616B"/>
                <w:sz w:val="20"/>
              </w:rPr>
              <w:t>［応募先の職種名］</w:t>
            </w:r>
          </w:p>
        </w:tc>
      </w:tr>
      <w:tr>
        <w:tc>
          <w:tcPr>
            <w:tcW w:type="dxa" w:w="2232"/>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135" w:type="dxa"/>
              <w:start w:w="130" w:type="dxa"/>
              <w:bottom w:w="135" w:type="dxa"/>
              <w:end w:w="130" w:type="dxa"/>
            </w:tcMar>
            <w:vAlign w:val="center"/>
            <w:shd w:fill="EAF3F8"/>
          </w:tcPr>
          <w:p>
            <w:pPr>
              <w:spacing w:after="0" w:line="276" w:lineRule="auto"/>
            </w:pPr>
            <w:r>
              <w:rPr>
                <w:rFonts w:ascii="Noto Sans CJK JP" w:hAnsi="Noto Sans CJK JP" w:eastAsia="Noto Sans CJK JP"/>
                <w:b/>
                <w:color w:val="17202A"/>
                <w:sz w:val="20"/>
              </w:rPr>
              <w:t>経験年数</w:t>
            </w:r>
          </w:p>
        </w:tc>
        <w:tc>
          <w:tcPr>
            <w:tcW w:type="dxa" w:w="7992"/>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135" w:type="dxa"/>
              <w:start w:w="130" w:type="dxa"/>
              <w:bottom w:w="135" w:type="dxa"/>
              <w:end w:w="130" w:type="dxa"/>
            </w:tcMar>
            <w:vAlign w:val="center"/>
            <w:shd w:fill="F5F9FC"/>
          </w:tcPr>
          <w:p>
            <w:pPr>
              <w:spacing w:after="0" w:line="300" w:lineRule="auto"/>
            </w:pPr>
            <w:r>
              <w:rPr>
                <w:rFonts w:ascii="Noto Sans CJK JP" w:hAnsi="Noto Sans CJK JP" w:eastAsia="Noto Sans CJK JP"/>
                <w:b w:val="0"/>
                <w:color w:val="52616B"/>
                <w:sz w:val="20"/>
              </w:rPr>
              <w:t>［開発 運用 PMO 情シスなど領域別に入力］</w:t>
            </w:r>
          </w:p>
        </w:tc>
      </w:tr>
      <w:tr>
        <w:tc>
          <w:tcPr>
            <w:tcW w:type="dxa" w:w="2232"/>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135" w:type="dxa"/>
              <w:start w:w="130" w:type="dxa"/>
              <w:bottom w:w="135" w:type="dxa"/>
              <w:end w:w="130" w:type="dxa"/>
            </w:tcMar>
            <w:vAlign w:val="center"/>
            <w:shd w:fill="EAF3F8"/>
          </w:tcPr>
          <w:p>
            <w:pPr>
              <w:spacing w:after="0" w:line="276" w:lineRule="auto"/>
            </w:pPr>
            <w:r>
              <w:rPr>
                <w:rFonts w:ascii="Noto Sans CJK JP" w:hAnsi="Noto Sans CJK JP" w:eastAsia="Noto Sans CJK JP"/>
                <w:b/>
                <w:color w:val="17202A"/>
                <w:sz w:val="20"/>
              </w:rPr>
              <w:t>連絡先</w:t>
            </w:r>
          </w:p>
        </w:tc>
        <w:tc>
          <w:tcPr>
            <w:tcW w:type="dxa" w:w="7992"/>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135" w:type="dxa"/>
              <w:start w:w="130" w:type="dxa"/>
              <w:bottom w:w="135" w:type="dxa"/>
              <w:end w:w="130" w:type="dxa"/>
            </w:tcMar>
            <w:vAlign w:val="center"/>
          </w:tcPr>
          <w:p>
            <w:pPr>
              <w:spacing w:after="0" w:line="300" w:lineRule="auto"/>
            </w:pPr>
            <w:r>
              <w:rPr>
                <w:rFonts w:ascii="Noto Sans CJK JP" w:hAnsi="Noto Sans CJK JP" w:eastAsia="Noto Sans CJK JP"/>
                <w:b w:val="0"/>
                <w:color w:val="52616B"/>
                <w:sz w:val="20"/>
              </w:rPr>
              <w:t>［応募先の指定がある場合だけ入力］</w:t>
            </w:r>
          </w:p>
        </w:tc>
      </w:tr>
    </w:tbl>
    <w:p/>
    <w:p>
      <w:pPr>
        <w:pStyle w:val="Heading1"/>
      </w:pPr>
      <w:r>
        <w:t>職務要約</w:t>
      </w:r>
    </w:p>
    <w:p>
      <w:pPr>
        <w:spacing w:after="160" w:line="276" w:lineRule="auto"/>
      </w:pPr>
      <w:r>
        <w:rPr>
          <w:rFonts w:ascii="Noto Sans CJK JP" w:hAnsi="Noto Sans CJK JP" w:eastAsia="Noto Sans CJK JP"/>
          <w:b w:val="0"/>
          <w:color w:val="52616B"/>
          <w:sz w:val="21"/>
        </w:rPr>
        <w:t>三から五文で、経験領域、重点工程、再現できる判断、応募先で使う経験を書きます。会社名や案件数を並べるだけで終えません。</w:t>
      </w:r>
    </w:p>
    <w:tbl>
      <w:tblPr>
        <w:tblW w:type="auto" w:w="0"/>
        <w:jc w:val="center"/>
        <w:tblLayout w:type="fixed"/>
        <w:tblLook w:firstColumn="1" w:firstRow="1" w:lastColumn="0" w:lastRow="0" w:noHBand="0" w:noVBand="1" w:val="04A0"/>
      </w:tblPr>
      <w:tblGrid>
        <w:gridCol w:w="5083"/>
        <w:gridCol w:w="5083"/>
      </w:tblGrid>
      <w:tr>
        <w:trPr>
          <w:tblHeader w:val="true"/>
        </w:trPr>
        <w:tc>
          <w:tcPr>
            <w:tcW w:type="dxa" w:w="2232"/>
            <w:shd w:fill="173B57"/>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130" w:type="dxa"/>
              <w:start w:w="130" w:type="dxa"/>
              <w:bottom w:w="130" w:type="dxa"/>
              <w:end w:w="130" w:type="dxa"/>
            </w:tcMar>
            <w:vAlign w:val="center"/>
          </w:tcPr>
          <w:p>
            <w:pPr>
              <w:spacing w:after="0" w:line="276" w:lineRule="auto"/>
              <w:jc w:val="center"/>
            </w:pPr>
            <w:r>
              <w:rPr>
                <w:rFonts w:ascii="Noto Sans CJK JP" w:hAnsi="Noto Sans CJK JP" w:eastAsia="Noto Sans CJK JP"/>
                <w:b/>
                <w:color w:val="FFFFFF"/>
                <w:sz w:val="20"/>
              </w:rPr>
              <w:t>項目</w:t>
            </w:r>
          </w:p>
        </w:tc>
        <w:tc>
          <w:tcPr>
            <w:tcW w:type="dxa" w:w="7992"/>
            <w:shd w:fill="173B57"/>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130" w:type="dxa"/>
              <w:start w:w="130" w:type="dxa"/>
              <w:bottom w:w="130" w:type="dxa"/>
              <w:end w:w="130" w:type="dxa"/>
            </w:tcMar>
            <w:vAlign w:val="center"/>
          </w:tcPr>
          <w:p>
            <w:pPr>
              <w:spacing w:after="0" w:line="276" w:lineRule="auto"/>
              <w:jc w:val="center"/>
            </w:pPr>
            <w:r>
              <w:rPr>
                <w:rFonts w:ascii="Noto Sans CJK JP" w:hAnsi="Noto Sans CJK JP" w:eastAsia="Noto Sans CJK JP"/>
                <w:b/>
                <w:color w:val="FFFFFF"/>
                <w:sz w:val="20"/>
              </w:rPr>
              <w:t>入力欄</w:t>
            </w:r>
          </w:p>
        </w:tc>
      </w:tr>
      <w:tr>
        <w:tc>
          <w:tcPr>
            <w:tcW w:type="dxa" w:w="2232"/>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135" w:type="dxa"/>
              <w:start w:w="130" w:type="dxa"/>
              <w:bottom w:w="135" w:type="dxa"/>
              <w:end w:w="130" w:type="dxa"/>
            </w:tcMar>
            <w:vAlign w:val="center"/>
            <w:shd w:fill="EAF3F8"/>
          </w:tcPr>
          <w:p>
            <w:pPr>
              <w:spacing w:after="0" w:line="276" w:lineRule="auto"/>
            </w:pPr>
            <w:r>
              <w:rPr>
                <w:rFonts w:ascii="Noto Sans CJK JP" w:hAnsi="Noto Sans CJK JP" w:eastAsia="Noto Sans CJK JP"/>
                <w:b/>
                <w:color w:val="17202A"/>
                <w:sz w:val="20"/>
              </w:rPr>
              <w:t>職務要約</w:t>
            </w:r>
          </w:p>
        </w:tc>
        <w:tc>
          <w:tcPr>
            <w:tcW w:type="dxa" w:w="7992"/>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135" w:type="dxa"/>
              <w:start w:w="130" w:type="dxa"/>
              <w:bottom w:w="135" w:type="dxa"/>
              <w:end w:w="130" w:type="dxa"/>
            </w:tcMar>
            <w:vAlign w:val="center"/>
          </w:tcPr>
          <w:p>
            <w:pPr>
              <w:spacing w:after="0" w:line="300" w:lineRule="auto"/>
            </w:pPr>
            <w:r>
              <w:rPr>
                <w:rFonts w:ascii="Noto Sans CJK JP" w:hAnsi="Noto Sans CJK JP" w:eastAsia="Noto Sans CJK JP"/>
                <w:b w:val="0"/>
                <w:color w:val="52616B"/>
                <w:sz w:val="20"/>
              </w:rPr>
              <w:t>［二百から三百字を目安に自分の事実を入力］</w:t>
            </w:r>
          </w:p>
        </w:tc>
      </w:tr>
    </w:tbl>
    <w:p/>
    <w:p>
      <w:r>
        <w:br w:type="page"/>
      </w:r>
    </w:p>
    <w:p>
      <w:pPr>
        <w:pStyle w:val="Heading1"/>
      </w:pPr>
      <w:r>
        <w:t>技術スキル</w:t>
      </w:r>
    </w:p>
    <w:p>
      <w:pPr>
        <w:spacing w:after="180" w:line="276" w:lineRule="auto"/>
      </w:pPr>
      <w:r>
        <w:rPr>
          <w:rFonts w:ascii="Noto Sans CJK JP" w:hAnsi="Noto Sans CJK JP" w:eastAsia="Noto Sans CJK JP"/>
          <w:b w:val="0"/>
          <w:color w:val="52616B"/>
          <w:sz w:val="21"/>
        </w:rPr>
        <w:t>技術名だけでなく、どの工程で何を確認できるかを書きます。経験年数を足し合わせる場合は、重複期間に注意してください。</w:t>
      </w:r>
    </w:p>
    <w:tbl>
      <w:tblPr>
        <w:tblW w:type="auto" w:w="0"/>
        <w:jc w:val="center"/>
        <w:tblLayout w:type="fixed"/>
        <w:tblLook w:firstColumn="1" w:firstRow="1" w:lastColumn="0" w:lastRow="0" w:noHBand="0" w:noVBand="1" w:val="04A0"/>
      </w:tblPr>
      <w:tblGrid>
        <w:gridCol w:w="2541"/>
        <w:gridCol w:w="2541"/>
        <w:gridCol w:w="2541"/>
        <w:gridCol w:w="2541"/>
      </w:tblGrid>
      <w:tr>
        <w:trPr>
          <w:tblHeader w:val="true"/>
        </w:trPr>
        <w:tc>
          <w:tcPr>
            <w:tcW w:type="dxa" w:w="1728"/>
            <w:shd w:fill="173B57"/>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130" w:type="dxa"/>
              <w:start w:w="130" w:type="dxa"/>
              <w:bottom w:w="130" w:type="dxa"/>
              <w:end w:w="130" w:type="dxa"/>
            </w:tcMar>
            <w:vAlign w:val="center"/>
          </w:tcPr>
          <w:p>
            <w:pPr>
              <w:spacing w:after="0" w:line="276" w:lineRule="auto"/>
              <w:jc w:val="center"/>
            </w:pPr>
            <w:r>
              <w:rPr>
                <w:rFonts w:ascii="Noto Sans CJK JP" w:hAnsi="Noto Sans CJK JP" w:eastAsia="Noto Sans CJK JP"/>
                <w:b/>
                <w:color w:val="FFFFFF"/>
                <w:sz w:val="20"/>
              </w:rPr>
              <w:t>分類</w:t>
            </w:r>
          </w:p>
        </w:tc>
        <w:tc>
          <w:tcPr>
            <w:tcW w:type="dxa" w:w="2376"/>
            <w:shd w:fill="173B57"/>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130" w:type="dxa"/>
              <w:start w:w="130" w:type="dxa"/>
              <w:bottom w:w="130" w:type="dxa"/>
              <w:end w:w="130" w:type="dxa"/>
            </w:tcMar>
            <w:vAlign w:val="center"/>
          </w:tcPr>
          <w:p>
            <w:pPr>
              <w:spacing w:after="0" w:line="276" w:lineRule="auto"/>
              <w:jc w:val="center"/>
            </w:pPr>
            <w:r>
              <w:rPr>
                <w:rFonts w:ascii="Noto Sans CJK JP" w:hAnsi="Noto Sans CJK JP" w:eastAsia="Noto Sans CJK JP"/>
                <w:b/>
                <w:color w:val="FFFFFF"/>
                <w:sz w:val="20"/>
              </w:rPr>
              <w:t>技術や製品</w:t>
            </w:r>
          </w:p>
        </w:tc>
        <w:tc>
          <w:tcPr>
            <w:tcW w:type="dxa" w:w="1296"/>
            <w:shd w:fill="173B57"/>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130" w:type="dxa"/>
              <w:start w:w="130" w:type="dxa"/>
              <w:bottom w:w="130" w:type="dxa"/>
              <w:end w:w="130" w:type="dxa"/>
            </w:tcMar>
            <w:vAlign w:val="center"/>
          </w:tcPr>
          <w:p>
            <w:pPr>
              <w:spacing w:after="0" w:line="276" w:lineRule="auto"/>
              <w:jc w:val="center"/>
            </w:pPr>
            <w:r>
              <w:rPr>
                <w:rFonts w:ascii="Noto Sans CJK JP" w:hAnsi="Noto Sans CJK JP" w:eastAsia="Noto Sans CJK JP"/>
                <w:b/>
                <w:color w:val="FFFFFF"/>
                <w:sz w:val="20"/>
              </w:rPr>
              <w:t>期間</w:t>
            </w:r>
          </w:p>
        </w:tc>
        <w:tc>
          <w:tcPr>
            <w:tcW w:type="dxa" w:w="4824"/>
            <w:shd w:fill="173B57"/>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130" w:type="dxa"/>
              <w:start w:w="130" w:type="dxa"/>
              <w:bottom w:w="130" w:type="dxa"/>
              <w:end w:w="130" w:type="dxa"/>
            </w:tcMar>
            <w:vAlign w:val="center"/>
          </w:tcPr>
          <w:p>
            <w:pPr>
              <w:spacing w:after="0" w:line="276" w:lineRule="auto"/>
              <w:jc w:val="center"/>
            </w:pPr>
            <w:r>
              <w:rPr>
                <w:rFonts w:ascii="Noto Sans CJK JP" w:hAnsi="Noto Sans CJK JP" w:eastAsia="Noto Sans CJK JP"/>
                <w:b/>
                <w:color w:val="FFFFFF"/>
                <w:sz w:val="20"/>
              </w:rPr>
              <w:t>説明できる範囲</w:t>
            </w:r>
          </w:p>
        </w:tc>
      </w:tr>
      <w:tr>
        <w:tc>
          <w:tcPr>
            <w:tcW w:type="dxa" w:w="1728"/>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135" w:type="dxa"/>
              <w:start w:w="130" w:type="dxa"/>
              <w:bottom w:w="135" w:type="dxa"/>
              <w:end w:w="130" w:type="dxa"/>
            </w:tcMar>
            <w:vAlign w:val="center"/>
          </w:tcPr>
          <w:p>
            <w:pPr>
              <w:spacing w:after="0" w:line="288" w:lineRule="auto"/>
            </w:pPr>
            <w:r>
              <w:rPr>
                <w:rFonts w:ascii="Noto Sans CJK JP" w:hAnsi="Noto Sans CJK JP" w:eastAsia="Noto Sans CJK JP"/>
                <w:b/>
                <w:color w:val="17202A"/>
                <w:sz w:val="19"/>
              </w:rPr>
              <w:t>言語</w:t>
            </w:r>
          </w:p>
        </w:tc>
        <w:tc>
          <w:tcPr>
            <w:tcW w:type="dxa" w:w="2376"/>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135" w:type="dxa"/>
              <w:start w:w="130" w:type="dxa"/>
              <w:bottom w:w="135" w:type="dxa"/>
              <w:end w:w="130" w:type="dxa"/>
            </w:tcMar>
            <w:vAlign w:val="center"/>
          </w:tcPr>
          <w:p>
            <w:pPr>
              <w:spacing w:after="0" w:line="288" w:lineRule="auto"/>
            </w:pPr>
            <w:r>
              <w:rPr>
                <w:rFonts w:ascii="Noto Sans CJK JP" w:hAnsi="Noto Sans CJK JP" w:eastAsia="Noto Sans CJK JP"/>
                <w:b w:val="0"/>
                <w:color w:val="52616B"/>
                <w:sz w:val="19"/>
              </w:rPr>
              <w:t>［入力］</w:t>
            </w:r>
          </w:p>
        </w:tc>
        <w:tc>
          <w:tcPr>
            <w:tcW w:type="dxa" w:w="1296"/>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135" w:type="dxa"/>
              <w:start w:w="130" w:type="dxa"/>
              <w:bottom w:w="135" w:type="dxa"/>
              <w:end w:w="130" w:type="dxa"/>
            </w:tcMar>
            <w:vAlign w:val="center"/>
          </w:tcPr>
          <w:p>
            <w:pPr>
              <w:spacing w:after="0" w:line="288" w:lineRule="auto"/>
            </w:pPr>
            <w:r>
              <w:rPr>
                <w:rFonts w:ascii="Noto Sans CJK JP" w:hAnsi="Noto Sans CJK JP" w:eastAsia="Noto Sans CJK JP"/>
                <w:b w:val="0"/>
                <w:color w:val="52616B"/>
                <w:sz w:val="19"/>
              </w:rPr>
              <w:t>［入力］</w:t>
            </w:r>
          </w:p>
        </w:tc>
        <w:tc>
          <w:tcPr>
            <w:tcW w:type="dxa" w:w="4824"/>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135" w:type="dxa"/>
              <w:start w:w="130" w:type="dxa"/>
              <w:bottom w:w="135" w:type="dxa"/>
              <w:end w:w="130" w:type="dxa"/>
            </w:tcMar>
            <w:vAlign w:val="center"/>
          </w:tcPr>
          <w:p>
            <w:pPr>
              <w:spacing w:after="0" w:line="288" w:lineRule="auto"/>
            </w:pPr>
            <w:r>
              <w:rPr>
                <w:rFonts w:ascii="Noto Sans CJK JP" w:hAnsi="Noto Sans CJK JP" w:eastAsia="Noto Sans CJK JP"/>
                <w:b w:val="0"/>
                <w:color w:val="52616B"/>
                <w:sz w:val="19"/>
              </w:rPr>
              <w:t>［設計 実装 テスト 運用 調整など］</w:t>
            </w:r>
          </w:p>
        </w:tc>
      </w:tr>
      <w:tr>
        <w:tc>
          <w:tcPr>
            <w:tcW w:type="dxa" w:w="1728"/>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135" w:type="dxa"/>
              <w:start w:w="130" w:type="dxa"/>
              <w:bottom w:w="135" w:type="dxa"/>
              <w:end w:w="130" w:type="dxa"/>
            </w:tcMar>
            <w:vAlign w:val="center"/>
            <w:shd w:fill="F5F9FC"/>
          </w:tcPr>
          <w:p>
            <w:pPr>
              <w:spacing w:after="0" w:line="288" w:lineRule="auto"/>
            </w:pPr>
            <w:r>
              <w:rPr>
                <w:rFonts w:ascii="Noto Sans CJK JP" w:hAnsi="Noto Sans CJK JP" w:eastAsia="Noto Sans CJK JP"/>
                <w:b/>
                <w:color w:val="17202A"/>
                <w:sz w:val="19"/>
              </w:rPr>
              <w:t>データベース</w:t>
            </w:r>
          </w:p>
        </w:tc>
        <w:tc>
          <w:tcPr>
            <w:tcW w:type="dxa" w:w="2376"/>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135" w:type="dxa"/>
              <w:start w:w="130" w:type="dxa"/>
              <w:bottom w:w="135" w:type="dxa"/>
              <w:end w:w="130" w:type="dxa"/>
            </w:tcMar>
            <w:vAlign w:val="center"/>
            <w:shd w:fill="F5F9FC"/>
          </w:tcPr>
          <w:p>
            <w:pPr>
              <w:spacing w:after="0" w:line="288" w:lineRule="auto"/>
            </w:pPr>
            <w:r>
              <w:rPr>
                <w:rFonts w:ascii="Noto Sans CJK JP" w:hAnsi="Noto Sans CJK JP" w:eastAsia="Noto Sans CJK JP"/>
                <w:b w:val="0"/>
                <w:color w:val="52616B"/>
                <w:sz w:val="19"/>
              </w:rPr>
              <w:t>［入力］</w:t>
            </w:r>
          </w:p>
        </w:tc>
        <w:tc>
          <w:tcPr>
            <w:tcW w:type="dxa" w:w="1296"/>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135" w:type="dxa"/>
              <w:start w:w="130" w:type="dxa"/>
              <w:bottom w:w="135" w:type="dxa"/>
              <w:end w:w="130" w:type="dxa"/>
            </w:tcMar>
            <w:vAlign w:val="center"/>
            <w:shd w:fill="F5F9FC"/>
          </w:tcPr>
          <w:p>
            <w:pPr>
              <w:spacing w:after="0" w:line="288" w:lineRule="auto"/>
            </w:pPr>
            <w:r>
              <w:rPr>
                <w:rFonts w:ascii="Noto Sans CJK JP" w:hAnsi="Noto Sans CJK JP" w:eastAsia="Noto Sans CJK JP"/>
                <w:b w:val="0"/>
                <w:color w:val="52616B"/>
                <w:sz w:val="19"/>
              </w:rPr>
              <w:t>［入力］</w:t>
            </w:r>
          </w:p>
        </w:tc>
        <w:tc>
          <w:tcPr>
            <w:tcW w:type="dxa" w:w="4824"/>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135" w:type="dxa"/>
              <w:start w:w="130" w:type="dxa"/>
              <w:bottom w:w="135" w:type="dxa"/>
              <w:end w:w="130" w:type="dxa"/>
            </w:tcMar>
            <w:vAlign w:val="center"/>
            <w:shd w:fill="F5F9FC"/>
          </w:tcPr>
          <w:p>
            <w:pPr>
              <w:spacing w:after="0" w:line="288" w:lineRule="auto"/>
            </w:pPr>
            <w:r>
              <w:rPr>
                <w:rFonts w:ascii="Noto Sans CJK JP" w:hAnsi="Noto Sans CJK JP" w:eastAsia="Noto Sans CJK JP"/>
                <w:b w:val="0"/>
                <w:color w:val="52616B"/>
                <w:sz w:val="19"/>
              </w:rPr>
              <w:t>［設計 実装 テスト 運用 調整など］</w:t>
            </w:r>
          </w:p>
        </w:tc>
      </w:tr>
      <w:tr>
        <w:tc>
          <w:tcPr>
            <w:tcW w:type="dxa" w:w="1728"/>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135" w:type="dxa"/>
              <w:start w:w="130" w:type="dxa"/>
              <w:bottom w:w="135" w:type="dxa"/>
              <w:end w:w="130" w:type="dxa"/>
            </w:tcMar>
            <w:vAlign w:val="center"/>
          </w:tcPr>
          <w:p>
            <w:pPr>
              <w:spacing w:after="0" w:line="288" w:lineRule="auto"/>
            </w:pPr>
            <w:r>
              <w:rPr>
                <w:rFonts w:ascii="Noto Sans CJK JP" w:hAnsi="Noto Sans CJK JP" w:eastAsia="Noto Sans CJK JP"/>
                <w:b/>
                <w:color w:val="17202A"/>
                <w:sz w:val="19"/>
              </w:rPr>
              <w:t>クラウド</w:t>
            </w:r>
          </w:p>
        </w:tc>
        <w:tc>
          <w:tcPr>
            <w:tcW w:type="dxa" w:w="2376"/>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135" w:type="dxa"/>
              <w:start w:w="130" w:type="dxa"/>
              <w:bottom w:w="135" w:type="dxa"/>
              <w:end w:w="130" w:type="dxa"/>
            </w:tcMar>
            <w:vAlign w:val="center"/>
          </w:tcPr>
          <w:p>
            <w:pPr>
              <w:spacing w:after="0" w:line="288" w:lineRule="auto"/>
            </w:pPr>
            <w:r>
              <w:rPr>
                <w:rFonts w:ascii="Noto Sans CJK JP" w:hAnsi="Noto Sans CJK JP" w:eastAsia="Noto Sans CJK JP"/>
                <w:b w:val="0"/>
                <w:color w:val="52616B"/>
                <w:sz w:val="19"/>
              </w:rPr>
              <w:t>［入力］</w:t>
            </w:r>
          </w:p>
        </w:tc>
        <w:tc>
          <w:tcPr>
            <w:tcW w:type="dxa" w:w="1296"/>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135" w:type="dxa"/>
              <w:start w:w="130" w:type="dxa"/>
              <w:bottom w:w="135" w:type="dxa"/>
              <w:end w:w="130" w:type="dxa"/>
            </w:tcMar>
            <w:vAlign w:val="center"/>
          </w:tcPr>
          <w:p>
            <w:pPr>
              <w:spacing w:after="0" w:line="288" w:lineRule="auto"/>
            </w:pPr>
            <w:r>
              <w:rPr>
                <w:rFonts w:ascii="Noto Sans CJK JP" w:hAnsi="Noto Sans CJK JP" w:eastAsia="Noto Sans CJK JP"/>
                <w:b w:val="0"/>
                <w:color w:val="52616B"/>
                <w:sz w:val="19"/>
              </w:rPr>
              <w:t>［入力］</w:t>
            </w:r>
          </w:p>
        </w:tc>
        <w:tc>
          <w:tcPr>
            <w:tcW w:type="dxa" w:w="4824"/>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135" w:type="dxa"/>
              <w:start w:w="130" w:type="dxa"/>
              <w:bottom w:w="135" w:type="dxa"/>
              <w:end w:w="130" w:type="dxa"/>
            </w:tcMar>
            <w:vAlign w:val="center"/>
          </w:tcPr>
          <w:p>
            <w:pPr>
              <w:spacing w:after="0" w:line="288" w:lineRule="auto"/>
            </w:pPr>
            <w:r>
              <w:rPr>
                <w:rFonts w:ascii="Noto Sans CJK JP" w:hAnsi="Noto Sans CJK JP" w:eastAsia="Noto Sans CJK JP"/>
                <w:b w:val="0"/>
                <w:color w:val="52616B"/>
                <w:sz w:val="19"/>
              </w:rPr>
              <w:t>［設計 実装 テスト 運用 調整など］</w:t>
            </w:r>
          </w:p>
        </w:tc>
      </w:tr>
      <w:tr>
        <w:tc>
          <w:tcPr>
            <w:tcW w:type="dxa" w:w="1728"/>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135" w:type="dxa"/>
              <w:start w:w="130" w:type="dxa"/>
              <w:bottom w:w="135" w:type="dxa"/>
              <w:end w:w="130" w:type="dxa"/>
            </w:tcMar>
            <w:vAlign w:val="center"/>
            <w:shd w:fill="F5F9FC"/>
          </w:tcPr>
          <w:p>
            <w:pPr>
              <w:spacing w:after="0" w:line="288" w:lineRule="auto"/>
            </w:pPr>
            <w:r>
              <w:rPr>
                <w:rFonts w:ascii="Noto Sans CJK JP" w:hAnsi="Noto Sans CJK JP" w:eastAsia="Noto Sans CJK JP"/>
                <w:b/>
                <w:color w:val="17202A"/>
                <w:sz w:val="19"/>
              </w:rPr>
              <w:t>開発運用</w:t>
            </w:r>
          </w:p>
        </w:tc>
        <w:tc>
          <w:tcPr>
            <w:tcW w:type="dxa" w:w="2376"/>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135" w:type="dxa"/>
              <w:start w:w="130" w:type="dxa"/>
              <w:bottom w:w="135" w:type="dxa"/>
              <w:end w:w="130" w:type="dxa"/>
            </w:tcMar>
            <w:vAlign w:val="center"/>
            <w:shd w:fill="F5F9FC"/>
          </w:tcPr>
          <w:p>
            <w:pPr>
              <w:spacing w:after="0" w:line="288" w:lineRule="auto"/>
            </w:pPr>
            <w:r>
              <w:rPr>
                <w:rFonts w:ascii="Noto Sans CJK JP" w:hAnsi="Noto Sans CJK JP" w:eastAsia="Noto Sans CJK JP"/>
                <w:b w:val="0"/>
                <w:color w:val="52616B"/>
                <w:sz w:val="19"/>
              </w:rPr>
              <w:t>［入力］</w:t>
            </w:r>
          </w:p>
        </w:tc>
        <w:tc>
          <w:tcPr>
            <w:tcW w:type="dxa" w:w="1296"/>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135" w:type="dxa"/>
              <w:start w:w="130" w:type="dxa"/>
              <w:bottom w:w="135" w:type="dxa"/>
              <w:end w:w="130" w:type="dxa"/>
            </w:tcMar>
            <w:vAlign w:val="center"/>
            <w:shd w:fill="F5F9FC"/>
          </w:tcPr>
          <w:p>
            <w:pPr>
              <w:spacing w:after="0" w:line="288" w:lineRule="auto"/>
            </w:pPr>
            <w:r>
              <w:rPr>
                <w:rFonts w:ascii="Noto Sans CJK JP" w:hAnsi="Noto Sans CJK JP" w:eastAsia="Noto Sans CJK JP"/>
                <w:b w:val="0"/>
                <w:color w:val="52616B"/>
                <w:sz w:val="19"/>
              </w:rPr>
              <w:t>［入力］</w:t>
            </w:r>
          </w:p>
        </w:tc>
        <w:tc>
          <w:tcPr>
            <w:tcW w:type="dxa" w:w="4824"/>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135" w:type="dxa"/>
              <w:start w:w="130" w:type="dxa"/>
              <w:bottom w:w="135" w:type="dxa"/>
              <w:end w:w="130" w:type="dxa"/>
            </w:tcMar>
            <w:vAlign w:val="center"/>
            <w:shd w:fill="F5F9FC"/>
          </w:tcPr>
          <w:p>
            <w:pPr>
              <w:spacing w:after="0" w:line="288" w:lineRule="auto"/>
            </w:pPr>
            <w:r>
              <w:rPr>
                <w:rFonts w:ascii="Noto Sans CJK JP" w:hAnsi="Noto Sans CJK JP" w:eastAsia="Noto Sans CJK JP"/>
                <w:b w:val="0"/>
                <w:color w:val="52616B"/>
                <w:sz w:val="19"/>
              </w:rPr>
              <w:t>［設計 実装 テスト 運用 調整など］</w:t>
            </w:r>
          </w:p>
        </w:tc>
      </w:tr>
      <w:tr>
        <w:tc>
          <w:tcPr>
            <w:tcW w:type="dxa" w:w="1728"/>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135" w:type="dxa"/>
              <w:start w:w="130" w:type="dxa"/>
              <w:bottom w:w="135" w:type="dxa"/>
              <w:end w:w="130" w:type="dxa"/>
            </w:tcMar>
            <w:vAlign w:val="center"/>
          </w:tcPr>
          <w:p>
            <w:pPr>
              <w:spacing w:after="0" w:line="288" w:lineRule="auto"/>
            </w:pPr>
            <w:r>
              <w:rPr>
                <w:rFonts w:ascii="Noto Sans CJK JP" w:hAnsi="Noto Sans CJK JP" w:eastAsia="Noto Sans CJK JP"/>
                <w:b/>
                <w:color w:val="17202A"/>
                <w:sz w:val="19"/>
              </w:rPr>
              <w:t>業務と管理</w:t>
            </w:r>
          </w:p>
        </w:tc>
        <w:tc>
          <w:tcPr>
            <w:tcW w:type="dxa" w:w="2376"/>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135" w:type="dxa"/>
              <w:start w:w="130" w:type="dxa"/>
              <w:bottom w:w="135" w:type="dxa"/>
              <w:end w:w="130" w:type="dxa"/>
            </w:tcMar>
            <w:vAlign w:val="center"/>
          </w:tcPr>
          <w:p>
            <w:pPr>
              <w:spacing w:after="0" w:line="288" w:lineRule="auto"/>
            </w:pPr>
            <w:r>
              <w:rPr>
                <w:rFonts w:ascii="Noto Sans CJK JP" w:hAnsi="Noto Sans CJK JP" w:eastAsia="Noto Sans CJK JP"/>
                <w:b w:val="0"/>
                <w:color w:val="52616B"/>
                <w:sz w:val="19"/>
              </w:rPr>
              <w:t>［入力］</w:t>
            </w:r>
          </w:p>
        </w:tc>
        <w:tc>
          <w:tcPr>
            <w:tcW w:type="dxa" w:w="1296"/>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135" w:type="dxa"/>
              <w:start w:w="130" w:type="dxa"/>
              <w:bottom w:w="135" w:type="dxa"/>
              <w:end w:w="130" w:type="dxa"/>
            </w:tcMar>
            <w:vAlign w:val="center"/>
          </w:tcPr>
          <w:p>
            <w:pPr>
              <w:spacing w:after="0" w:line="288" w:lineRule="auto"/>
            </w:pPr>
            <w:r>
              <w:rPr>
                <w:rFonts w:ascii="Noto Sans CJK JP" w:hAnsi="Noto Sans CJK JP" w:eastAsia="Noto Sans CJK JP"/>
                <w:b w:val="0"/>
                <w:color w:val="52616B"/>
                <w:sz w:val="19"/>
              </w:rPr>
              <w:t>［入力］</w:t>
            </w:r>
          </w:p>
        </w:tc>
        <w:tc>
          <w:tcPr>
            <w:tcW w:type="dxa" w:w="4824"/>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135" w:type="dxa"/>
              <w:start w:w="130" w:type="dxa"/>
              <w:bottom w:w="135" w:type="dxa"/>
              <w:end w:w="130" w:type="dxa"/>
            </w:tcMar>
            <w:vAlign w:val="center"/>
          </w:tcPr>
          <w:p>
            <w:pPr>
              <w:spacing w:after="0" w:line="288" w:lineRule="auto"/>
            </w:pPr>
            <w:r>
              <w:rPr>
                <w:rFonts w:ascii="Noto Sans CJK JP" w:hAnsi="Noto Sans CJK JP" w:eastAsia="Noto Sans CJK JP"/>
                <w:b w:val="0"/>
                <w:color w:val="52616B"/>
                <w:sz w:val="19"/>
              </w:rPr>
              <w:t>［設計 実装 テスト 運用 調整など］</w:t>
            </w:r>
          </w:p>
        </w:tc>
      </w:tr>
    </w:tbl>
    <w:p/>
    <w:p>
      <w:pPr>
        <w:pStyle w:val="Heading1"/>
      </w:pPr>
      <w:r>
        <w:t>資格と学習</w:t>
      </w:r>
    </w:p>
    <w:tbl>
      <w:tblPr>
        <w:tblW w:type="auto" w:w="0"/>
        <w:jc w:val="center"/>
        <w:tblLayout w:type="fixed"/>
        <w:tblLook w:firstColumn="1" w:firstRow="1" w:lastColumn="0" w:lastRow="0" w:noHBand="0" w:noVBand="1" w:val="04A0"/>
      </w:tblPr>
      <w:tblGrid>
        <w:gridCol w:w="5083"/>
        <w:gridCol w:w="5083"/>
      </w:tblGrid>
      <w:tr>
        <w:trPr>
          <w:tblHeader w:val="true"/>
        </w:trPr>
        <w:tc>
          <w:tcPr>
            <w:tcW w:type="dxa" w:w="2232"/>
            <w:shd w:fill="173B57"/>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130" w:type="dxa"/>
              <w:start w:w="130" w:type="dxa"/>
              <w:bottom w:w="130" w:type="dxa"/>
              <w:end w:w="130" w:type="dxa"/>
            </w:tcMar>
            <w:vAlign w:val="center"/>
          </w:tcPr>
          <w:p>
            <w:pPr>
              <w:spacing w:after="0" w:line="276" w:lineRule="auto"/>
              <w:jc w:val="center"/>
            </w:pPr>
            <w:r>
              <w:rPr>
                <w:rFonts w:ascii="Noto Sans CJK JP" w:hAnsi="Noto Sans CJK JP" w:eastAsia="Noto Sans CJK JP"/>
                <w:b/>
                <w:color w:val="FFFFFF"/>
                <w:sz w:val="20"/>
              </w:rPr>
              <w:t>項目</w:t>
            </w:r>
          </w:p>
        </w:tc>
        <w:tc>
          <w:tcPr>
            <w:tcW w:type="dxa" w:w="7992"/>
            <w:shd w:fill="173B57"/>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130" w:type="dxa"/>
              <w:start w:w="130" w:type="dxa"/>
              <w:bottom w:w="130" w:type="dxa"/>
              <w:end w:w="130" w:type="dxa"/>
            </w:tcMar>
            <w:vAlign w:val="center"/>
          </w:tcPr>
          <w:p>
            <w:pPr>
              <w:spacing w:after="0" w:line="276" w:lineRule="auto"/>
              <w:jc w:val="center"/>
            </w:pPr>
            <w:r>
              <w:rPr>
                <w:rFonts w:ascii="Noto Sans CJK JP" w:hAnsi="Noto Sans CJK JP" w:eastAsia="Noto Sans CJK JP"/>
                <w:b/>
                <w:color w:val="FFFFFF"/>
                <w:sz w:val="20"/>
              </w:rPr>
              <w:t>入力欄</w:t>
            </w:r>
          </w:p>
        </w:tc>
      </w:tr>
      <w:tr>
        <w:tc>
          <w:tcPr>
            <w:tcW w:type="dxa" w:w="2232"/>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135" w:type="dxa"/>
              <w:start w:w="130" w:type="dxa"/>
              <w:bottom w:w="135" w:type="dxa"/>
              <w:end w:w="130" w:type="dxa"/>
            </w:tcMar>
            <w:vAlign w:val="center"/>
            <w:shd w:fill="EAF3F8"/>
          </w:tcPr>
          <w:p>
            <w:pPr>
              <w:spacing w:after="0" w:line="276" w:lineRule="auto"/>
            </w:pPr>
            <w:r>
              <w:rPr>
                <w:rFonts w:ascii="Noto Sans CJK JP" w:hAnsi="Noto Sans CJK JP" w:eastAsia="Noto Sans CJK JP"/>
                <w:b/>
                <w:color w:val="17202A"/>
                <w:sz w:val="20"/>
              </w:rPr>
              <w:t>資格</w:t>
            </w:r>
          </w:p>
        </w:tc>
        <w:tc>
          <w:tcPr>
            <w:tcW w:type="dxa" w:w="7992"/>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135" w:type="dxa"/>
              <w:start w:w="130" w:type="dxa"/>
              <w:bottom w:w="135" w:type="dxa"/>
              <w:end w:w="130" w:type="dxa"/>
            </w:tcMar>
            <w:vAlign w:val="center"/>
          </w:tcPr>
          <w:p>
            <w:pPr>
              <w:spacing w:after="0" w:line="300" w:lineRule="auto"/>
            </w:pPr>
            <w:r>
              <w:rPr>
                <w:rFonts w:ascii="Noto Sans CJK JP" w:hAnsi="Noto Sans CJK JP" w:eastAsia="Noto Sans CJK JP"/>
                <w:b w:val="0"/>
                <w:color w:val="52616B"/>
                <w:sz w:val="20"/>
              </w:rPr>
              <w:t>［取得年月 資格名 更新期限がある場合は期限］</w:t>
            </w:r>
          </w:p>
        </w:tc>
      </w:tr>
      <w:tr>
        <w:tc>
          <w:tcPr>
            <w:tcW w:type="dxa" w:w="2232"/>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135" w:type="dxa"/>
              <w:start w:w="130" w:type="dxa"/>
              <w:bottom w:w="135" w:type="dxa"/>
              <w:end w:w="130" w:type="dxa"/>
            </w:tcMar>
            <w:vAlign w:val="center"/>
            <w:shd w:fill="EAF3F8"/>
          </w:tcPr>
          <w:p>
            <w:pPr>
              <w:spacing w:after="0" w:line="276" w:lineRule="auto"/>
            </w:pPr>
            <w:r>
              <w:rPr>
                <w:rFonts w:ascii="Noto Sans CJK JP" w:hAnsi="Noto Sans CJK JP" w:eastAsia="Noto Sans CJK JP"/>
                <w:b/>
                <w:color w:val="17202A"/>
                <w:sz w:val="20"/>
              </w:rPr>
              <w:t>学習</w:t>
            </w:r>
          </w:p>
        </w:tc>
        <w:tc>
          <w:tcPr>
            <w:tcW w:type="dxa" w:w="7992"/>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135" w:type="dxa"/>
              <w:start w:w="130" w:type="dxa"/>
              <w:bottom w:w="135" w:type="dxa"/>
              <w:end w:w="130" w:type="dxa"/>
            </w:tcMar>
            <w:vAlign w:val="center"/>
            <w:shd w:fill="F5F9FC"/>
          </w:tcPr>
          <w:p>
            <w:pPr>
              <w:spacing w:after="0" w:line="300" w:lineRule="auto"/>
            </w:pPr>
            <w:r>
              <w:rPr>
                <w:rFonts w:ascii="Noto Sans CJK JP" w:hAnsi="Noto Sans CJK JP" w:eastAsia="Noto Sans CJK JP"/>
                <w:b w:val="0"/>
                <w:color w:val="52616B"/>
                <w:sz w:val="20"/>
              </w:rPr>
              <w:t>［応募先の仕事に近い成果物 検証方法 学んだ範囲］</w:t>
            </w:r>
          </w:p>
        </w:tc>
      </w:tr>
    </w:tbl>
    <w:p/>
    <w:p>
      <w:pPr>
        <w:pStyle w:val="Heading1"/>
      </w:pPr>
      <w:r>
        <w:t>職歴一覧</w:t>
      </w:r>
    </w:p>
    <w:p>
      <w:pPr>
        <w:spacing w:after="160" w:line="276" w:lineRule="auto"/>
      </w:pPr>
      <w:r>
        <w:rPr>
          <w:rFonts w:ascii="Noto Sans CJK JP" w:hAnsi="Noto Sans CJK JP" w:eastAsia="Noto Sans CJK JP"/>
          <w:b w:val="0"/>
          <w:color w:val="52616B"/>
          <w:sz w:val="21"/>
        </w:rPr>
        <w:t>所属会社を時系列で入力します。行が足りない場合は追加してください。客先名や案件名は、後続の案件経歴で一般化します。</w:t>
      </w:r>
    </w:p>
    <w:tbl>
      <w:tblPr>
        <w:tblW w:type="auto" w:w="0"/>
        <w:jc w:val="center"/>
        <w:tblLayout w:type="fixed"/>
        <w:tblLook w:firstColumn="1" w:firstRow="1" w:lastColumn="0" w:lastRow="0" w:noHBand="0" w:noVBand="1" w:val="04A0"/>
      </w:tblPr>
      <w:tblGrid>
        <w:gridCol w:w="2541"/>
        <w:gridCol w:w="2541"/>
        <w:gridCol w:w="2541"/>
        <w:gridCol w:w="2541"/>
      </w:tblGrid>
      <w:tr>
        <w:trPr>
          <w:tblHeader w:val="true"/>
        </w:trPr>
        <w:tc>
          <w:tcPr>
            <w:tcW w:type="dxa" w:w="2304"/>
            <w:shd w:fill="173B57"/>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130" w:type="dxa"/>
              <w:start w:w="130" w:type="dxa"/>
              <w:bottom w:w="130" w:type="dxa"/>
              <w:end w:w="130" w:type="dxa"/>
            </w:tcMar>
            <w:vAlign w:val="center"/>
          </w:tcPr>
          <w:p>
            <w:pPr>
              <w:spacing w:after="0" w:line="276" w:lineRule="auto"/>
              <w:jc w:val="center"/>
            </w:pPr>
            <w:r>
              <w:rPr>
                <w:rFonts w:ascii="Noto Sans CJK JP" w:hAnsi="Noto Sans CJK JP" w:eastAsia="Noto Sans CJK JP"/>
                <w:b/>
                <w:color w:val="FFFFFF"/>
                <w:sz w:val="20"/>
              </w:rPr>
              <w:t>在籍期間</w:t>
            </w:r>
          </w:p>
        </w:tc>
        <w:tc>
          <w:tcPr>
            <w:tcW w:type="dxa" w:w="2736"/>
            <w:shd w:fill="173B57"/>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130" w:type="dxa"/>
              <w:start w:w="130" w:type="dxa"/>
              <w:bottom w:w="130" w:type="dxa"/>
              <w:end w:w="130" w:type="dxa"/>
            </w:tcMar>
            <w:vAlign w:val="center"/>
          </w:tcPr>
          <w:p>
            <w:pPr>
              <w:spacing w:after="0" w:line="276" w:lineRule="auto"/>
              <w:jc w:val="center"/>
            </w:pPr>
            <w:r>
              <w:rPr>
                <w:rFonts w:ascii="Noto Sans CJK JP" w:hAnsi="Noto Sans CJK JP" w:eastAsia="Noto Sans CJK JP"/>
                <w:b/>
                <w:color w:val="FFFFFF"/>
                <w:sz w:val="20"/>
              </w:rPr>
              <w:t>所属会社</w:t>
            </w:r>
          </w:p>
        </w:tc>
        <w:tc>
          <w:tcPr>
            <w:tcW w:type="dxa" w:w="1656"/>
            <w:shd w:fill="173B57"/>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130" w:type="dxa"/>
              <w:start w:w="130" w:type="dxa"/>
              <w:bottom w:w="130" w:type="dxa"/>
              <w:end w:w="130" w:type="dxa"/>
            </w:tcMar>
            <w:vAlign w:val="center"/>
          </w:tcPr>
          <w:p>
            <w:pPr>
              <w:spacing w:after="0" w:line="276" w:lineRule="auto"/>
              <w:jc w:val="center"/>
            </w:pPr>
            <w:r>
              <w:rPr>
                <w:rFonts w:ascii="Noto Sans CJK JP" w:hAnsi="Noto Sans CJK JP" w:eastAsia="Noto Sans CJK JP"/>
                <w:b/>
                <w:color w:val="FFFFFF"/>
                <w:sz w:val="20"/>
              </w:rPr>
              <w:t>雇用形態</w:t>
            </w:r>
          </w:p>
        </w:tc>
        <w:tc>
          <w:tcPr>
            <w:tcW w:type="dxa" w:w="3528"/>
            <w:shd w:fill="173B57"/>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130" w:type="dxa"/>
              <w:start w:w="130" w:type="dxa"/>
              <w:bottom w:w="130" w:type="dxa"/>
              <w:end w:w="130" w:type="dxa"/>
            </w:tcMar>
            <w:vAlign w:val="center"/>
          </w:tcPr>
          <w:p>
            <w:pPr>
              <w:spacing w:after="0" w:line="276" w:lineRule="auto"/>
              <w:jc w:val="center"/>
            </w:pPr>
            <w:r>
              <w:rPr>
                <w:rFonts w:ascii="Noto Sans CJK JP" w:hAnsi="Noto Sans CJK JP" w:eastAsia="Noto Sans CJK JP"/>
                <w:b/>
                <w:color w:val="FFFFFF"/>
                <w:sz w:val="20"/>
              </w:rPr>
              <w:t>所属と役割</w:t>
            </w:r>
          </w:p>
        </w:tc>
      </w:tr>
      <w:tr>
        <w:tc>
          <w:tcPr>
            <w:tcW w:type="dxa" w:w="2304"/>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120" w:type="dxa"/>
              <w:start w:w="130" w:type="dxa"/>
              <w:bottom w:w="120" w:type="dxa"/>
              <w:end w:w="130" w:type="dxa"/>
            </w:tcMar>
            <w:vAlign w:val="center"/>
          </w:tcPr>
          <w:p>
            <w:pPr>
              <w:spacing w:after="0" w:line="276" w:lineRule="auto"/>
            </w:pPr>
            <w:r>
              <w:rPr>
                <w:rFonts w:ascii="Noto Sans CJK JP" w:hAnsi="Noto Sans CJK JP" w:eastAsia="Noto Sans CJK JP"/>
                <w:b w:val="0"/>
                <w:color w:val="52616B"/>
                <w:sz w:val="19"/>
              </w:rPr>
              <w:t>［年月から年月］</w:t>
            </w:r>
          </w:p>
        </w:tc>
        <w:tc>
          <w:tcPr>
            <w:tcW w:type="dxa" w:w="2736"/>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120" w:type="dxa"/>
              <w:start w:w="130" w:type="dxa"/>
              <w:bottom w:w="120" w:type="dxa"/>
              <w:end w:w="130" w:type="dxa"/>
            </w:tcMar>
            <w:vAlign w:val="center"/>
          </w:tcPr>
          <w:p>
            <w:pPr>
              <w:spacing w:after="0" w:line="276" w:lineRule="auto"/>
            </w:pPr>
            <w:r>
              <w:rPr>
                <w:rFonts w:ascii="Noto Sans CJK JP" w:hAnsi="Noto Sans CJK JP" w:eastAsia="Noto Sans CJK JP"/>
                <w:b w:val="0"/>
                <w:color w:val="52616B"/>
                <w:sz w:val="19"/>
              </w:rPr>
              <w:t>［入力］</w:t>
            </w:r>
          </w:p>
        </w:tc>
        <w:tc>
          <w:tcPr>
            <w:tcW w:type="dxa" w:w="1656"/>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120" w:type="dxa"/>
              <w:start w:w="130" w:type="dxa"/>
              <w:bottom w:w="120" w:type="dxa"/>
              <w:end w:w="130" w:type="dxa"/>
            </w:tcMar>
            <w:vAlign w:val="center"/>
          </w:tcPr>
          <w:p>
            <w:pPr>
              <w:spacing w:after="0" w:line="276" w:lineRule="auto"/>
            </w:pPr>
            <w:r>
              <w:rPr>
                <w:rFonts w:ascii="Noto Sans CJK JP" w:hAnsi="Noto Sans CJK JP" w:eastAsia="Noto Sans CJK JP"/>
                <w:b w:val="0"/>
                <w:color w:val="52616B"/>
                <w:sz w:val="19"/>
              </w:rPr>
              <w:t>［入力］</w:t>
            </w:r>
          </w:p>
        </w:tc>
        <w:tc>
          <w:tcPr>
            <w:tcW w:type="dxa" w:w="3528"/>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120" w:type="dxa"/>
              <w:start w:w="130" w:type="dxa"/>
              <w:bottom w:w="120" w:type="dxa"/>
              <w:end w:w="130" w:type="dxa"/>
            </w:tcMar>
            <w:vAlign w:val="center"/>
          </w:tcPr>
          <w:p>
            <w:pPr>
              <w:spacing w:after="0" w:line="276" w:lineRule="auto"/>
            </w:pPr>
            <w:r>
              <w:rPr>
                <w:rFonts w:ascii="Noto Sans CJK JP" w:hAnsi="Noto Sans CJK JP" w:eastAsia="Noto Sans CJK JP"/>
                <w:b w:val="0"/>
                <w:color w:val="52616B"/>
                <w:sz w:val="19"/>
              </w:rPr>
              <w:t>［所属部署と役割を入力］</w:t>
            </w:r>
          </w:p>
        </w:tc>
      </w:tr>
    </w:tbl>
    <w:p>
      <w:pPr>
        <w:pStyle w:val="Heading1"/>
        <w:pageBreakBefore/>
      </w:pPr>
      <w:r>
        <w:t>案件経歴 1</w:t>
      </w:r>
    </w:p>
    <w:p>
      <w:pPr>
        <w:spacing w:after="200" w:line="276" w:lineRule="auto"/>
      </w:pPr>
      <w:r>
        <w:rPr>
          <w:rFonts w:ascii="Noto Sans CJK JP" w:hAnsi="Noto Sans CJK JP" w:eastAsia="Noto Sans CJK JP"/>
          <w:b w:val="0"/>
          <w:color w:val="52616B"/>
          <w:sz w:val="21"/>
        </w:rPr>
        <w:t>応募先に近い案件を優先し、自分が説明できる事実だけを入力します。顧客名や非公開資料の内容は一般化してください。</w:t>
      </w:r>
    </w:p>
    <w:tbl>
      <w:tblPr>
        <w:tblW w:type="auto" w:w="0"/>
        <w:jc w:val="center"/>
        <w:tblLayout w:type="fixed"/>
        <w:tblLook w:firstColumn="1" w:firstRow="1" w:lastColumn="0" w:lastRow="0" w:noHBand="0" w:noVBand="1" w:val="04A0"/>
      </w:tblPr>
      <w:tblGrid>
        <w:gridCol w:w="5083"/>
        <w:gridCol w:w="5083"/>
      </w:tblGrid>
      <w:tr>
        <w:trPr>
          <w:tblHeader w:val="true"/>
        </w:trPr>
        <w:tc>
          <w:tcPr>
            <w:tcW w:type="dxa" w:w="2232"/>
            <w:shd w:fill="173B57"/>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130" w:type="dxa"/>
              <w:start w:w="130" w:type="dxa"/>
              <w:bottom w:w="130" w:type="dxa"/>
              <w:end w:w="130" w:type="dxa"/>
            </w:tcMar>
            <w:vAlign w:val="center"/>
          </w:tcPr>
          <w:p>
            <w:pPr>
              <w:spacing w:after="0" w:line="276" w:lineRule="auto"/>
              <w:jc w:val="center"/>
            </w:pPr>
            <w:r>
              <w:rPr>
                <w:rFonts w:ascii="Noto Sans CJK JP" w:hAnsi="Noto Sans CJK JP" w:eastAsia="Noto Sans CJK JP"/>
                <w:b/>
                <w:color w:val="FFFFFF"/>
                <w:sz w:val="20"/>
              </w:rPr>
              <w:t>項目</w:t>
            </w:r>
          </w:p>
        </w:tc>
        <w:tc>
          <w:tcPr>
            <w:tcW w:type="dxa" w:w="7992"/>
            <w:shd w:fill="173B57"/>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130" w:type="dxa"/>
              <w:start w:w="130" w:type="dxa"/>
              <w:bottom w:w="130" w:type="dxa"/>
              <w:end w:w="130" w:type="dxa"/>
            </w:tcMar>
            <w:vAlign w:val="center"/>
          </w:tcPr>
          <w:p>
            <w:pPr>
              <w:spacing w:after="0" w:line="276" w:lineRule="auto"/>
              <w:jc w:val="center"/>
            </w:pPr>
            <w:r>
              <w:rPr>
                <w:rFonts w:ascii="Noto Sans CJK JP" w:hAnsi="Noto Sans CJK JP" w:eastAsia="Noto Sans CJK JP"/>
                <w:b/>
                <w:color w:val="FFFFFF"/>
                <w:sz w:val="20"/>
              </w:rPr>
              <w:t>入力欄</w:t>
            </w:r>
          </w:p>
        </w:tc>
      </w:tr>
      <w:tr>
        <w:tc>
          <w:tcPr>
            <w:tcW w:type="dxa" w:w="2232"/>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135" w:type="dxa"/>
              <w:start w:w="130" w:type="dxa"/>
              <w:bottom w:w="135" w:type="dxa"/>
              <w:end w:w="130" w:type="dxa"/>
            </w:tcMar>
            <w:vAlign w:val="center"/>
            <w:shd w:fill="EAF3F8"/>
          </w:tcPr>
          <w:p>
            <w:pPr>
              <w:spacing w:after="0" w:line="276" w:lineRule="auto"/>
            </w:pPr>
            <w:r>
              <w:rPr>
                <w:rFonts w:ascii="Noto Sans CJK JP" w:hAnsi="Noto Sans CJK JP" w:eastAsia="Noto Sans CJK JP"/>
                <w:b/>
                <w:color w:val="17202A"/>
                <w:sz w:val="20"/>
              </w:rPr>
              <w:t>期間</w:t>
            </w:r>
          </w:p>
        </w:tc>
        <w:tc>
          <w:tcPr>
            <w:tcW w:type="dxa" w:w="7992"/>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135" w:type="dxa"/>
              <w:start w:w="130" w:type="dxa"/>
              <w:bottom w:w="135" w:type="dxa"/>
              <w:end w:w="130" w:type="dxa"/>
            </w:tcMar>
            <w:vAlign w:val="center"/>
          </w:tcPr>
          <w:p>
            <w:pPr>
              <w:spacing w:after="0" w:line="300" w:lineRule="auto"/>
            </w:pPr>
            <w:r>
              <w:rPr>
                <w:rFonts w:ascii="Noto Sans CJK JP" w:hAnsi="Noto Sans CJK JP" w:eastAsia="Noto Sans CJK JP"/>
                <w:b w:val="0"/>
                <w:color w:val="52616B"/>
                <w:sz w:val="20"/>
              </w:rPr>
              <w:t>［開始年月から終了年月または現在］</w:t>
            </w:r>
          </w:p>
        </w:tc>
      </w:tr>
      <w:tr>
        <w:tc>
          <w:tcPr>
            <w:tcW w:type="dxa" w:w="2232"/>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135" w:type="dxa"/>
              <w:start w:w="130" w:type="dxa"/>
              <w:bottom w:w="135" w:type="dxa"/>
              <w:end w:w="130" w:type="dxa"/>
            </w:tcMar>
            <w:vAlign w:val="center"/>
            <w:shd w:fill="EAF3F8"/>
          </w:tcPr>
          <w:p>
            <w:pPr>
              <w:spacing w:after="0" w:line="276" w:lineRule="auto"/>
            </w:pPr>
            <w:r>
              <w:rPr>
                <w:rFonts w:ascii="Noto Sans CJK JP" w:hAnsi="Noto Sans CJK JP" w:eastAsia="Noto Sans CJK JP"/>
                <w:b/>
                <w:color w:val="17202A"/>
                <w:sz w:val="20"/>
              </w:rPr>
              <w:t>案件概要</w:t>
            </w:r>
          </w:p>
        </w:tc>
        <w:tc>
          <w:tcPr>
            <w:tcW w:type="dxa" w:w="7992"/>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135" w:type="dxa"/>
              <w:start w:w="130" w:type="dxa"/>
              <w:bottom w:w="135" w:type="dxa"/>
              <w:end w:w="130" w:type="dxa"/>
            </w:tcMar>
            <w:vAlign w:val="center"/>
            <w:shd w:fill="F5F9FC"/>
          </w:tcPr>
          <w:p>
            <w:pPr>
              <w:spacing w:after="0" w:line="300" w:lineRule="auto"/>
            </w:pPr>
            <w:r>
              <w:rPr>
                <w:rFonts w:ascii="Noto Sans CJK JP" w:hAnsi="Noto Sans CJK JP" w:eastAsia="Noto Sans CJK JP"/>
                <w:b w:val="0"/>
                <w:color w:val="52616B"/>
                <w:sz w:val="20"/>
              </w:rPr>
              <w:t>［業界 利用者 システムの用途を一般化して入力］</w:t>
            </w:r>
          </w:p>
        </w:tc>
      </w:tr>
      <w:tr>
        <w:tc>
          <w:tcPr>
            <w:tcW w:type="dxa" w:w="2232"/>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135" w:type="dxa"/>
              <w:start w:w="130" w:type="dxa"/>
              <w:bottom w:w="135" w:type="dxa"/>
              <w:end w:w="130" w:type="dxa"/>
            </w:tcMar>
            <w:vAlign w:val="center"/>
            <w:shd w:fill="EAF3F8"/>
          </w:tcPr>
          <w:p>
            <w:pPr>
              <w:spacing w:after="0" w:line="276" w:lineRule="auto"/>
            </w:pPr>
            <w:r>
              <w:rPr>
                <w:rFonts w:ascii="Noto Sans CJK JP" w:hAnsi="Noto Sans CJK JP" w:eastAsia="Noto Sans CJK JP"/>
                <w:b/>
                <w:color w:val="17202A"/>
                <w:sz w:val="20"/>
              </w:rPr>
              <w:t>体制と役割</w:t>
            </w:r>
          </w:p>
        </w:tc>
        <w:tc>
          <w:tcPr>
            <w:tcW w:type="dxa" w:w="7992"/>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135" w:type="dxa"/>
              <w:start w:w="130" w:type="dxa"/>
              <w:bottom w:w="135" w:type="dxa"/>
              <w:end w:w="130" w:type="dxa"/>
            </w:tcMar>
            <w:vAlign w:val="center"/>
          </w:tcPr>
          <w:p>
            <w:pPr>
              <w:spacing w:after="0" w:line="300" w:lineRule="auto"/>
            </w:pPr>
            <w:r>
              <w:rPr>
                <w:rFonts w:ascii="Noto Sans CJK JP" w:hAnsi="Noto Sans CJK JP" w:eastAsia="Noto Sans CJK JP"/>
                <w:b w:val="0"/>
                <w:color w:val="52616B"/>
                <w:sz w:val="20"/>
              </w:rPr>
              <w:t>［チーム人数 自分の役割 承認者やレビュー担当を入力］</w:t>
            </w:r>
          </w:p>
        </w:tc>
      </w:tr>
      <w:tr>
        <w:tc>
          <w:tcPr>
            <w:tcW w:type="dxa" w:w="2232"/>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135" w:type="dxa"/>
              <w:start w:w="130" w:type="dxa"/>
              <w:bottom w:w="135" w:type="dxa"/>
              <w:end w:w="130" w:type="dxa"/>
            </w:tcMar>
            <w:vAlign w:val="center"/>
            <w:shd w:fill="EAF3F8"/>
          </w:tcPr>
          <w:p>
            <w:pPr>
              <w:spacing w:after="0" w:line="276" w:lineRule="auto"/>
            </w:pPr>
            <w:r>
              <w:rPr>
                <w:rFonts w:ascii="Noto Sans CJK JP" w:hAnsi="Noto Sans CJK JP" w:eastAsia="Noto Sans CJK JP"/>
                <w:b/>
                <w:color w:val="17202A"/>
                <w:sz w:val="20"/>
              </w:rPr>
              <w:t>担当工程</w:t>
            </w:r>
          </w:p>
        </w:tc>
        <w:tc>
          <w:tcPr>
            <w:tcW w:type="dxa" w:w="7992"/>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135" w:type="dxa"/>
              <w:start w:w="130" w:type="dxa"/>
              <w:bottom w:w="135" w:type="dxa"/>
              <w:end w:w="130" w:type="dxa"/>
            </w:tcMar>
            <w:vAlign w:val="center"/>
            <w:shd w:fill="F5F9FC"/>
          </w:tcPr>
          <w:p>
            <w:pPr>
              <w:spacing w:after="0" w:line="300" w:lineRule="auto"/>
            </w:pPr>
            <w:r>
              <w:rPr>
                <w:rFonts w:ascii="Noto Sans CJK JP" w:hAnsi="Noto Sans CJK JP" w:eastAsia="Noto Sans CJK JP"/>
                <w:b w:val="0"/>
                <w:color w:val="52616B"/>
                <w:sz w:val="20"/>
              </w:rPr>
              <w:t>［調査 要件 設計 開発 テスト 運用 調整のうち実際の範囲を入力］</w:t>
            </w:r>
          </w:p>
        </w:tc>
      </w:tr>
      <w:tr>
        <w:tc>
          <w:tcPr>
            <w:tcW w:type="dxa" w:w="2232"/>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135" w:type="dxa"/>
              <w:start w:w="130" w:type="dxa"/>
              <w:bottom w:w="135" w:type="dxa"/>
              <w:end w:w="130" w:type="dxa"/>
            </w:tcMar>
            <w:vAlign w:val="center"/>
            <w:shd w:fill="EAF3F8"/>
          </w:tcPr>
          <w:p>
            <w:pPr>
              <w:spacing w:after="0" w:line="276" w:lineRule="auto"/>
            </w:pPr>
            <w:r>
              <w:rPr>
                <w:rFonts w:ascii="Noto Sans CJK JP" w:hAnsi="Noto Sans CJK JP" w:eastAsia="Noto Sans CJK JP"/>
                <w:b/>
                <w:color w:val="17202A"/>
                <w:sz w:val="20"/>
              </w:rPr>
              <w:t>技術と成果物</w:t>
            </w:r>
          </w:p>
        </w:tc>
        <w:tc>
          <w:tcPr>
            <w:tcW w:type="dxa" w:w="7992"/>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135" w:type="dxa"/>
              <w:start w:w="130" w:type="dxa"/>
              <w:bottom w:w="135" w:type="dxa"/>
              <w:end w:w="130" w:type="dxa"/>
            </w:tcMar>
            <w:vAlign w:val="center"/>
          </w:tcPr>
          <w:p>
            <w:pPr>
              <w:spacing w:after="0" w:line="300" w:lineRule="auto"/>
            </w:pPr>
            <w:r>
              <w:rPr>
                <w:rFonts w:ascii="Noto Sans CJK JP" w:hAnsi="Noto Sans CJK JP" w:eastAsia="Noto Sans CJK JP"/>
                <w:b w:val="0"/>
                <w:color w:val="52616B"/>
                <w:sz w:val="20"/>
              </w:rPr>
              <w:t>［実際に使った技術と作成または更新した成果物を入力］</w:t>
            </w:r>
          </w:p>
        </w:tc>
      </w:tr>
      <w:tr>
        <w:tc>
          <w:tcPr>
            <w:tcW w:type="dxa" w:w="2232"/>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135" w:type="dxa"/>
              <w:start w:w="130" w:type="dxa"/>
              <w:bottom w:w="135" w:type="dxa"/>
              <w:end w:w="130" w:type="dxa"/>
            </w:tcMar>
            <w:vAlign w:val="center"/>
            <w:shd w:fill="EAF3F8"/>
          </w:tcPr>
          <w:p>
            <w:pPr>
              <w:spacing w:after="0" w:line="276" w:lineRule="auto"/>
            </w:pPr>
            <w:r>
              <w:rPr>
                <w:rFonts w:ascii="Noto Sans CJK JP" w:hAnsi="Noto Sans CJK JP" w:eastAsia="Noto Sans CJK JP"/>
                <w:b/>
                <w:color w:val="17202A"/>
                <w:sz w:val="20"/>
              </w:rPr>
              <w:t>判断と行動</w:t>
            </w:r>
          </w:p>
        </w:tc>
        <w:tc>
          <w:tcPr>
            <w:tcW w:type="dxa" w:w="7992"/>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135" w:type="dxa"/>
              <w:start w:w="130" w:type="dxa"/>
              <w:bottom w:w="135" w:type="dxa"/>
              <w:end w:w="130" w:type="dxa"/>
            </w:tcMar>
            <w:vAlign w:val="center"/>
            <w:shd w:fill="F5F9FC"/>
          </w:tcPr>
          <w:p>
            <w:pPr>
              <w:spacing w:after="0" w:line="300" w:lineRule="auto"/>
            </w:pPr>
            <w:r>
              <w:rPr>
                <w:rFonts w:ascii="Noto Sans CJK JP" w:hAnsi="Noto Sans CJK JP" w:eastAsia="Noto Sans CJK JP"/>
                <w:b w:val="0"/>
                <w:color w:val="52616B"/>
                <w:sz w:val="20"/>
              </w:rPr>
              <w:t>［何を見て何を決め 誰と合意し どこまで担当したかを入力］</w:t>
            </w:r>
          </w:p>
        </w:tc>
      </w:tr>
      <w:tr>
        <w:tc>
          <w:tcPr>
            <w:tcW w:type="dxa" w:w="2232"/>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135" w:type="dxa"/>
              <w:start w:w="130" w:type="dxa"/>
              <w:bottom w:w="135" w:type="dxa"/>
              <w:end w:w="130" w:type="dxa"/>
            </w:tcMar>
            <w:vAlign w:val="center"/>
            <w:shd w:fill="EAF3F8"/>
          </w:tcPr>
          <w:p>
            <w:pPr>
              <w:spacing w:after="0" w:line="276" w:lineRule="auto"/>
            </w:pPr>
            <w:r>
              <w:rPr>
                <w:rFonts w:ascii="Noto Sans CJK JP" w:hAnsi="Noto Sans CJK JP" w:eastAsia="Noto Sans CJK JP"/>
                <w:b/>
                <w:color w:val="17202A"/>
                <w:sz w:val="20"/>
              </w:rPr>
              <w:t>確認できる結果</w:t>
            </w:r>
          </w:p>
        </w:tc>
        <w:tc>
          <w:tcPr>
            <w:tcW w:type="dxa" w:w="7992"/>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135" w:type="dxa"/>
              <w:start w:w="130" w:type="dxa"/>
              <w:bottom w:w="135" w:type="dxa"/>
              <w:end w:w="130" w:type="dxa"/>
            </w:tcMar>
            <w:vAlign w:val="center"/>
          </w:tcPr>
          <w:p>
            <w:pPr>
              <w:spacing w:after="0" w:line="300" w:lineRule="auto"/>
            </w:pPr>
            <w:r>
              <w:rPr>
                <w:rFonts w:ascii="Noto Sans CJK JP" w:hAnsi="Noto Sans CJK JP" w:eastAsia="Noto Sans CJK JP"/>
                <w:b w:val="0"/>
                <w:color w:val="52616B"/>
                <w:sz w:val="20"/>
              </w:rPr>
              <w:t>［品質 時間 手戻り 問い合わせ 再発防止など確認できる変化を入力 数字は根拠がある場合だけ使用］</w:t>
            </w:r>
          </w:p>
        </w:tc>
      </w:tr>
      <w:tr>
        <w:tc>
          <w:tcPr>
            <w:tcW w:type="dxa" w:w="2232"/>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135" w:type="dxa"/>
              <w:start w:w="130" w:type="dxa"/>
              <w:bottom w:w="135" w:type="dxa"/>
              <w:end w:w="130" w:type="dxa"/>
            </w:tcMar>
            <w:vAlign w:val="center"/>
            <w:shd w:fill="EAF3F8"/>
          </w:tcPr>
          <w:p>
            <w:pPr>
              <w:spacing w:after="0" w:line="276" w:lineRule="auto"/>
            </w:pPr>
            <w:r>
              <w:rPr>
                <w:rFonts w:ascii="Noto Sans CJK JP" w:hAnsi="Noto Sans CJK JP" w:eastAsia="Noto Sans CJK JP"/>
                <w:b/>
                <w:color w:val="17202A"/>
                <w:sz w:val="20"/>
              </w:rPr>
              <w:t>担当外</w:t>
            </w:r>
          </w:p>
        </w:tc>
        <w:tc>
          <w:tcPr>
            <w:tcW w:type="dxa" w:w="7992"/>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135" w:type="dxa"/>
              <w:start w:w="130" w:type="dxa"/>
              <w:bottom w:w="135" w:type="dxa"/>
              <w:end w:w="130" w:type="dxa"/>
            </w:tcMar>
            <w:vAlign w:val="center"/>
            <w:shd w:fill="F5F9FC"/>
          </w:tcPr>
          <w:p>
            <w:pPr>
              <w:spacing w:after="0" w:line="300" w:lineRule="auto"/>
            </w:pPr>
            <w:r>
              <w:rPr>
                <w:rFonts w:ascii="Noto Sans CJK JP" w:hAnsi="Noto Sans CJK JP" w:eastAsia="Noto Sans CJK JP"/>
                <w:b w:val="0"/>
                <w:color w:val="52616B"/>
                <w:sz w:val="20"/>
              </w:rPr>
              <w:t>［最終承認 顧客判断 他チームの実装など自分が担当していない範囲を入力］</w:t>
            </w:r>
          </w:p>
        </w:tc>
      </w:tr>
    </w:tbl>
    <w:p/>
    <w:p>
      <w:pPr>
        <w:pStyle w:val="Heading2"/>
      </w:pPr>
      <w:r>
        <w:t>提出前の確認</w:t>
      </w:r>
    </w:p>
    <w:p>
      <w:pPr>
        <w:spacing w:after="100" w:line="276" w:lineRule="auto"/>
      </w:pPr>
      <w:r>
        <w:rPr>
          <w:rFonts w:ascii="Noto Sans CJK JP" w:hAnsi="Noto Sans CJK JP" w:eastAsia="Noto Sans CJK JP"/>
          <w:b w:val="0"/>
          <w:color w:val="17202A"/>
          <w:sz w:val="20"/>
        </w:rPr>
        <w:t>□ 顧客名 製品名 個人名 非公開の単価や件数を一般化した</w:t>
      </w:r>
    </w:p>
    <w:p>
      <w:pPr>
        <w:spacing w:after="100" w:line="276" w:lineRule="auto"/>
      </w:pPr>
      <w:r>
        <w:rPr>
          <w:rFonts w:ascii="Noto Sans CJK JP" w:hAnsi="Noto Sans CJK JP" w:eastAsia="Noto Sans CJK JP"/>
          <w:b w:val="0"/>
          <w:color w:val="17202A"/>
          <w:sz w:val="20"/>
        </w:rPr>
        <w:t>□ 経験 技術 数字 成果を作っていない</w:t>
      </w:r>
    </w:p>
    <w:p>
      <w:pPr>
        <w:spacing w:after="100" w:line="276" w:lineRule="auto"/>
      </w:pPr>
      <w:r>
        <w:rPr>
          <w:rFonts w:ascii="Noto Sans CJK JP" w:hAnsi="Noto Sans CJK JP" w:eastAsia="Noto Sans CJK JP"/>
          <w:b w:val="0"/>
          <w:color w:val="17202A"/>
          <w:sz w:val="20"/>
        </w:rPr>
        <w:t>□ チーム全体の成果と自分の担当を分けた</w:t>
      </w:r>
    </w:p>
    <w:p>
      <w:pPr>
        <w:spacing w:after="100" w:line="276" w:lineRule="auto"/>
      </w:pPr>
      <w:r>
        <w:rPr>
          <w:rFonts w:ascii="Noto Sans CJK JP" w:hAnsi="Noto Sans CJK JP" w:eastAsia="Noto Sans CJK JP"/>
          <w:b w:val="0"/>
          <w:color w:val="17202A"/>
          <w:sz w:val="20"/>
        </w:rPr>
        <w:t>□ 面接で判断理由と担当外を説明できる</w:t>
      </w:r>
    </w:p>
    <w:p>
      <w:pPr>
        <w:pStyle w:val="Heading1"/>
        <w:pageBreakBefore/>
      </w:pPr>
      <w:r>
        <w:t>案件経歴 2</w:t>
      </w:r>
    </w:p>
    <w:p>
      <w:pPr>
        <w:spacing w:after="200" w:line="276" w:lineRule="auto"/>
      </w:pPr>
      <w:r>
        <w:rPr>
          <w:rFonts w:ascii="Noto Sans CJK JP" w:hAnsi="Noto Sans CJK JP" w:eastAsia="Noto Sans CJK JP"/>
          <w:b w:val="0"/>
          <w:color w:val="52616B"/>
          <w:sz w:val="21"/>
        </w:rPr>
        <w:t>応募先に近い案件を優先し、自分が説明できる事実だけを入力します。顧客名や非公開資料の内容は一般化してください。</w:t>
      </w:r>
    </w:p>
    <w:tbl>
      <w:tblPr>
        <w:tblW w:type="auto" w:w="0"/>
        <w:jc w:val="center"/>
        <w:tblLayout w:type="fixed"/>
        <w:tblLook w:firstColumn="1" w:firstRow="1" w:lastColumn="0" w:lastRow="0" w:noHBand="0" w:noVBand="1" w:val="04A0"/>
      </w:tblPr>
      <w:tblGrid>
        <w:gridCol w:w="5083"/>
        <w:gridCol w:w="5083"/>
      </w:tblGrid>
      <w:tr>
        <w:trPr>
          <w:tblHeader w:val="true"/>
        </w:trPr>
        <w:tc>
          <w:tcPr>
            <w:tcW w:type="dxa" w:w="2232"/>
            <w:shd w:fill="173B57"/>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130" w:type="dxa"/>
              <w:start w:w="130" w:type="dxa"/>
              <w:bottom w:w="130" w:type="dxa"/>
              <w:end w:w="130" w:type="dxa"/>
            </w:tcMar>
            <w:vAlign w:val="center"/>
          </w:tcPr>
          <w:p>
            <w:pPr>
              <w:spacing w:after="0" w:line="276" w:lineRule="auto"/>
              <w:jc w:val="center"/>
            </w:pPr>
            <w:r>
              <w:rPr>
                <w:rFonts w:ascii="Noto Sans CJK JP" w:hAnsi="Noto Sans CJK JP" w:eastAsia="Noto Sans CJK JP"/>
                <w:b/>
                <w:color w:val="FFFFFF"/>
                <w:sz w:val="20"/>
              </w:rPr>
              <w:t>項目</w:t>
            </w:r>
          </w:p>
        </w:tc>
        <w:tc>
          <w:tcPr>
            <w:tcW w:type="dxa" w:w="7992"/>
            <w:shd w:fill="173B57"/>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130" w:type="dxa"/>
              <w:start w:w="130" w:type="dxa"/>
              <w:bottom w:w="130" w:type="dxa"/>
              <w:end w:w="130" w:type="dxa"/>
            </w:tcMar>
            <w:vAlign w:val="center"/>
          </w:tcPr>
          <w:p>
            <w:pPr>
              <w:spacing w:after="0" w:line="276" w:lineRule="auto"/>
              <w:jc w:val="center"/>
            </w:pPr>
            <w:r>
              <w:rPr>
                <w:rFonts w:ascii="Noto Sans CJK JP" w:hAnsi="Noto Sans CJK JP" w:eastAsia="Noto Sans CJK JP"/>
                <w:b/>
                <w:color w:val="FFFFFF"/>
                <w:sz w:val="20"/>
              </w:rPr>
              <w:t>入力欄</w:t>
            </w:r>
          </w:p>
        </w:tc>
      </w:tr>
      <w:tr>
        <w:tc>
          <w:tcPr>
            <w:tcW w:type="dxa" w:w="2232"/>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135" w:type="dxa"/>
              <w:start w:w="130" w:type="dxa"/>
              <w:bottom w:w="135" w:type="dxa"/>
              <w:end w:w="130" w:type="dxa"/>
            </w:tcMar>
            <w:vAlign w:val="center"/>
            <w:shd w:fill="EAF3F8"/>
          </w:tcPr>
          <w:p>
            <w:pPr>
              <w:spacing w:after="0" w:line="276" w:lineRule="auto"/>
            </w:pPr>
            <w:r>
              <w:rPr>
                <w:rFonts w:ascii="Noto Sans CJK JP" w:hAnsi="Noto Sans CJK JP" w:eastAsia="Noto Sans CJK JP"/>
                <w:b/>
                <w:color w:val="17202A"/>
                <w:sz w:val="20"/>
              </w:rPr>
              <w:t>期間</w:t>
            </w:r>
          </w:p>
        </w:tc>
        <w:tc>
          <w:tcPr>
            <w:tcW w:type="dxa" w:w="7992"/>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135" w:type="dxa"/>
              <w:start w:w="130" w:type="dxa"/>
              <w:bottom w:w="135" w:type="dxa"/>
              <w:end w:w="130" w:type="dxa"/>
            </w:tcMar>
            <w:vAlign w:val="center"/>
          </w:tcPr>
          <w:p>
            <w:pPr>
              <w:spacing w:after="0" w:line="300" w:lineRule="auto"/>
            </w:pPr>
            <w:r>
              <w:rPr>
                <w:rFonts w:ascii="Noto Sans CJK JP" w:hAnsi="Noto Sans CJK JP" w:eastAsia="Noto Sans CJK JP"/>
                <w:b w:val="0"/>
                <w:color w:val="52616B"/>
                <w:sz w:val="20"/>
              </w:rPr>
              <w:t>［開始年月から終了年月または現在］</w:t>
            </w:r>
          </w:p>
        </w:tc>
      </w:tr>
      <w:tr>
        <w:tc>
          <w:tcPr>
            <w:tcW w:type="dxa" w:w="2232"/>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135" w:type="dxa"/>
              <w:start w:w="130" w:type="dxa"/>
              <w:bottom w:w="135" w:type="dxa"/>
              <w:end w:w="130" w:type="dxa"/>
            </w:tcMar>
            <w:vAlign w:val="center"/>
            <w:shd w:fill="EAF3F8"/>
          </w:tcPr>
          <w:p>
            <w:pPr>
              <w:spacing w:after="0" w:line="276" w:lineRule="auto"/>
            </w:pPr>
            <w:r>
              <w:rPr>
                <w:rFonts w:ascii="Noto Sans CJK JP" w:hAnsi="Noto Sans CJK JP" w:eastAsia="Noto Sans CJK JP"/>
                <w:b/>
                <w:color w:val="17202A"/>
                <w:sz w:val="20"/>
              </w:rPr>
              <w:t>案件概要</w:t>
            </w:r>
          </w:p>
        </w:tc>
        <w:tc>
          <w:tcPr>
            <w:tcW w:type="dxa" w:w="7992"/>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135" w:type="dxa"/>
              <w:start w:w="130" w:type="dxa"/>
              <w:bottom w:w="135" w:type="dxa"/>
              <w:end w:w="130" w:type="dxa"/>
            </w:tcMar>
            <w:vAlign w:val="center"/>
            <w:shd w:fill="F5F9FC"/>
          </w:tcPr>
          <w:p>
            <w:pPr>
              <w:spacing w:after="0" w:line="300" w:lineRule="auto"/>
            </w:pPr>
            <w:r>
              <w:rPr>
                <w:rFonts w:ascii="Noto Sans CJK JP" w:hAnsi="Noto Sans CJK JP" w:eastAsia="Noto Sans CJK JP"/>
                <w:b w:val="0"/>
                <w:color w:val="52616B"/>
                <w:sz w:val="20"/>
              </w:rPr>
              <w:t>［業界 利用者 システムの用途を一般化して入力］</w:t>
            </w:r>
          </w:p>
        </w:tc>
      </w:tr>
      <w:tr>
        <w:tc>
          <w:tcPr>
            <w:tcW w:type="dxa" w:w="2232"/>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135" w:type="dxa"/>
              <w:start w:w="130" w:type="dxa"/>
              <w:bottom w:w="135" w:type="dxa"/>
              <w:end w:w="130" w:type="dxa"/>
            </w:tcMar>
            <w:vAlign w:val="center"/>
            <w:shd w:fill="EAF3F8"/>
          </w:tcPr>
          <w:p>
            <w:pPr>
              <w:spacing w:after="0" w:line="276" w:lineRule="auto"/>
            </w:pPr>
            <w:r>
              <w:rPr>
                <w:rFonts w:ascii="Noto Sans CJK JP" w:hAnsi="Noto Sans CJK JP" w:eastAsia="Noto Sans CJK JP"/>
                <w:b/>
                <w:color w:val="17202A"/>
                <w:sz w:val="20"/>
              </w:rPr>
              <w:t>体制と役割</w:t>
            </w:r>
          </w:p>
        </w:tc>
        <w:tc>
          <w:tcPr>
            <w:tcW w:type="dxa" w:w="7992"/>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135" w:type="dxa"/>
              <w:start w:w="130" w:type="dxa"/>
              <w:bottom w:w="135" w:type="dxa"/>
              <w:end w:w="130" w:type="dxa"/>
            </w:tcMar>
            <w:vAlign w:val="center"/>
          </w:tcPr>
          <w:p>
            <w:pPr>
              <w:spacing w:after="0" w:line="300" w:lineRule="auto"/>
            </w:pPr>
            <w:r>
              <w:rPr>
                <w:rFonts w:ascii="Noto Sans CJK JP" w:hAnsi="Noto Sans CJK JP" w:eastAsia="Noto Sans CJK JP"/>
                <w:b w:val="0"/>
                <w:color w:val="52616B"/>
                <w:sz w:val="20"/>
              </w:rPr>
              <w:t>［チーム人数 自分の役割 承認者やレビュー担当を入力］</w:t>
            </w:r>
          </w:p>
        </w:tc>
      </w:tr>
      <w:tr>
        <w:tc>
          <w:tcPr>
            <w:tcW w:type="dxa" w:w="2232"/>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135" w:type="dxa"/>
              <w:start w:w="130" w:type="dxa"/>
              <w:bottom w:w="135" w:type="dxa"/>
              <w:end w:w="130" w:type="dxa"/>
            </w:tcMar>
            <w:vAlign w:val="center"/>
            <w:shd w:fill="EAF3F8"/>
          </w:tcPr>
          <w:p>
            <w:pPr>
              <w:spacing w:after="0" w:line="276" w:lineRule="auto"/>
            </w:pPr>
            <w:r>
              <w:rPr>
                <w:rFonts w:ascii="Noto Sans CJK JP" w:hAnsi="Noto Sans CJK JP" w:eastAsia="Noto Sans CJK JP"/>
                <w:b/>
                <w:color w:val="17202A"/>
                <w:sz w:val="20"/>
              </w:rPr>
              <w:t>担当工程</w:t>
            </w:r>
          </w:p>
        </w:tc>
        <w:tc>
          <w:tcPr>
            <w:tcW w:type="dxa" w:w="7992"/>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135" w:type="dxa"/>
              <w:start w:w="130" w:type="dxa"/>
              <w:bottom w:w="135" w:type="dxa"/>
              <w:end w:w="130" w:type="dxa"/>
            </w:tcMar>
            <w:vAlign w:val="center"/>
            <w:shd w:fill="F5F9FC"/>
          </w:tcPr>
          <w:p>
            <w:pPr>
              <w:spacing w:after="0" w:line="300" w:lineRule="auto"/>
            </w:pPr>
            <w:r>
              <w:rPr>
                <w:rFonts w:ascii="Noto Sans CJK JP" w:hAnsi="Noto Sans CJK JP" w:eastAsia="Noto Sans CJK JP"/>
                <w:b w:val="0"/>
                <w:color w:val="52616B"/>
                <w:sz w:val="20"/>
              </w:rPr>
              <w:t>［調査 要件 設計 開発 テスト 運用 調整のうち実際の範囲を入力］</w:t>
            </w:r>
          </w:p>
        </w:tc>
      </w:tr>
      <w:tr>
        <w:tc>
          <w:tcPr>
            <w:tcW w:type="dxa" w:w="2232"/>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135" w:type="dxa"/>
              <w:start w:w="130" w:type="dxa"/>
              <w:bottom w:w="135" w:type="dxa"/>
              <w:end w:w="130" w:type="dxa"/>
            </w:tcMar>
            <w:vAlign w:val="center"/>
            <w:shd w:fill="EAF3F8"/>
          </w:tcPr>
          <w:p>
            <w:pPr>
              <w:spacing w:after="0" w:line="276" w:lineRule="auto"/>
            </w:pPr>
            <w:r>
              <w:rPr>
                <w:rFonts w:ascii="Noto Sans CJK JP" w:hAnsi="Noto Sans CJK JP" w:eastAsia="Noto Sans CJK JP"/>
                <w:b/>
                <w:color w:val="17202A"/>
                <w:sz w:val="20"/>
              </w:rPr>
              <w:t>技術と成果物</w:t>
            </w:r>
          </w:p>
        </w:tc>
        <w:tc>
          <w:tcPr>
            <w:tcW w:type="dxa" w:w="7992"/>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135" w:type="dxa"/>
              <w:start w:w="130" w:type="dxa"/>
              <w:bottom w:w="135" w:type="dxa"/>
              <w:end w:w="130" w:type="dxa"/>
            </w:tcMar>
            <w:vAlign w:val="center"/>
          </w:tcPr>
          <w:p>
            <w:pPr>
              <w:spacing w:after="0" w:line="300" w:lineRule="auto"/>
            </w:pPr>
            <w:r>
              <w:rPr>
                <w:rFonts w:ascii="Noto Sans CJK JP" w:hAnsi="Noto Sans CJK JP" w:eastAsia="Noto Sans CJK JP"/>
                <w:b w:val="0"/>
                <w:color w:val="52616B"/>
                <w:sz w:val="20"/>
              </w:rPr>
              <w:t>［実際に使った技術と作成または更新した成果物を入力］</w:t>
            </w:r>
          </w:p>
        </w:tc>
      </w:tr>
      <w:tr>
        <w:tc>
          <w:tcPr>
            <w:tcW w:type="dxa" w:w="2232"/>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135" w:type="dxa"/>
              <w:start w:w="130" w:type="dxa"/>
              <w:bottom w:w="135" w:type="dxa"/>
              <w:end w:w="130" w:type="dxa"/>
            </w:tcMar>
            <w:vAlign w:val="center"/>
            <w:shd w:fill="EAF3F8"/>
          </w:tcPr>
          <w:p>
            <w:pPr>
              <w:spacing w:after="0" w:line="276" w:lineRule="auto"/>
            </w:pPr>
            <w:r>
              <w:rPr>
                <w:rFonts w:ascii="Noto Sans CJK JP" w:hAnsi="Noto Sans CJK JP" w:eastAsia="Noto Sans CJK JP"/>
                <w:b/>
                <w:color w:val="17202A"/>
                <w:sz w:val="20"/>
              </w:rPr>
              <w:t>判断と行動</w:t>
            </w:r>
          </w:p>
        </w:tc>
        <w:tc>
          <w:tcPr>
            <w:tcW w:type="dxa" w:w="7992"/>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135" w:type="dxa"/>
              <w:start w:w="130" w:type="dxa"/>
              <w:bottom w:w="135" w:type="dxa"/>
              <w:end w:w="130" w:type="dxa"/>
            </w:tcMar>
            <w:vAlign w:val="center"/>
            <w:shd w:fill="F5F9FC"/>
          </w:tcPr>
          <w:p>
            <w:pPr>
              <w:spacing w:after="0" w:line="300" w:lineRule="auto"/>
            </w:pPr>
            <w:r>
              <w:rPr>
                <w:rFonts w:ascii="Noto Sans CJK JP" w:hAnsi="Noto Sans CJK JP" w:eastAsia="Noto Sans CJK JP"/>
                <w:b w:val="0"/>
                <w:color w:val="52616B"/>
                <w:sz w:val="20"/>
              </w:rPr>
              <w:t>［何を見て何を決め 誰と合意し どこまで担当したかを入力］</w:t>
            </w:r>
          </w:p>
        </w:tc>
      </w:tr>
      <w:tr>
        <w:tc>
          <w:tcPr>
            <w:tcW w:type="dxa" w:w="2232"/>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135" w:type="dxa"/>
              <w:start w:w="130" w:type="dxa"/>
              <w:bottom w:w="135" w:type="dxa"/>
              <w:end w:w="130" w:type="dxa"/>
            </w:tcMar>
            <w:vAlign w:val="center"/>
            <w:shd w:fill="EAF3F8"/>
          </w:tcPr>
          <w:p>
            <w:pPr>
              <w:spacing w:after="0" w:line="276" w:lineRule="auto"/>
            </w:pPr>
            <w:r>
              <w:rPr>
                <w:rFonts w:ascii="Noto Sans CJK JP" w:hAnsi="Noto Sans CJK JP" w:eastAsia="Noto Sans CJK JP"/>
                <w:b/>
                <w:color w:val="17202A"/>
                <w:sz w:val="20"/>
              </w:rPr>
              <w:t>確認できる結果</w:t>
            </w:r>
          </w:p>
        </w:tc>
        <w:tc>
          <w:tcPr>
            <w:tcW w:type="dxa" w:w="7992"/>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135" w:type="dxa"/>
              <w:start w:w="130" w:type="dxa"/>
              <w:bottom w:w="135" w:type="dxa"/>
              <w:end w:w="130" w:type="dxa"/>
            </w:tcMar>
            <w:vAlign w:val="center"/>
          </w:tcPr>
          <w:p>
            <w:pPr>
              <w:spacing w:after="0" w:line="300" w:lineRule="auto"/>
            </w:pPr>
            <w:r>
              <w:rPr>
                <w:rFonts w:ascii="Noto Sans CJK JP" w:hAnsi="Noto Sans CJK JP" w:eastAsia="Noto Sans CJK JP"/>
                <w:b w:val="0"/>
                <w:color w:val="52616B"/>
                <w:sz w:val="20"/>
              </w:rPr>
              <w:t>［品質 時間 手戻り 問い合わせ 再発防止など確認できる変化を入力 数字は根拠がある場合だけ使用］</w:t>
            </w:r>
          </w:p>
        </w:tc>
      </w:tr>
      <w:tr>
        <w:tc>
          <w:tcPr>
            <w:tcW w:type="dxa" w:w="2232"/>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135" w:type="dxa"/>
              <w:start w:w="130" w:type="dxa"/>
              <w:bottom w:w="135" w:type="dxa"/>
              <w:end w:w="130" w:type="dxa"/>
            </w:tcMar>
            <w:vAlign w:val="center"/>
            <w:shd w:fill="EAF3F8"/>
          </w:tcPr>
          <w:p>
            <w:pPr>
              <w:spacing w:after="0" w:line="276" w:lineRule="auto"/>
            </w:pPr>
            <w:r>
              <w:rPr>
                <w:rFonts w:ascii="Noto Sans CJK JP" w:hAnsi="Noto Sans CJK JP" w:eastAsia="Noto Sans CJK JP"/>
                <w:b/>
                <w:color w:val="17202A"/>
                <w:sz w:val="20"/>
              </w:rPr>
              <w:t>担当外</w:t>
            </w:r>
          </w:p>
        </w:tc>
        <w:tc>
          <w:tcPr>
            <w:tcW w:type="dxa" w:w="7992"/>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135" w:type="dxa"/>
              <w:start w:w="130" w:type="dxa"/>
              <w:bottom w:w="135" w:type="dxa"/>
              <w:end w:w="130" w:type="dxa"/>
            </w:tcMar>
            <w:vAlign w:val="center"/>
            <w:shd w:fill="F5F9FC"/>
          </w:tcPr>
          <w:p>
            <w:pPr>
              <w:spacing w:after="0" w:line="300" w:lineRule="auto"/>
            </w:pPr>
            <w:r>
              <w:rPr>
                <w:rFonts w:ascii="Noto Sans CJK JP" w:hAnsi="Noto Sans CJK JP" w:eastAsia="Noto Sans CJK JP"/>
                <w:b w:val="0"/>
                <w:color w:val="52616B"/>
                <w:sz w:val="20"/>
              </w:rPr>
              <w:t>［最終承認 顧客判断 他チームの実装など自分が担当していない範囲を入力］</w:t>
            </w:r>
          </w:p>
        </w:tc>
      </w:tr>
    </w:tbl>
    <w:p/>
    <w:p>
      <w:pPr>
        <w:pStyle w:val="Heading2"/>
      </w:pPr>
      <w:r>
        <w:t>提出前の確認</w:t>
      </w:r>
    </w:p>
    <w:p>
      <w:pPr>
        <w:spacing w:after="100" w:line="276" w:lineRule="auto"/>
      </w:pPr>
      <w:r>
        <w:rPr>
          <w:rFonts w:ascii="Noto Sans CJK JP" w:hAnsi="Noto Sans CJK JP" w:eastAsia="Noto Sans CJK JP"/>
          <w:b w:val="0"/>
          <w:color w:val="17202A"/>
          <w:sz w:val="20"/>
        </w:rPr>
        <w:t>□ 顧客名 製品名 個人名 非公開の単価や件数を一般化した</w:t>
      </w:r>
    </w:p>
    <w:p>
      <w:pPr>
        <w:spacing w:after="100" w:line="276" w:lineRule="auto"/>
      </w:pPr>
      <w:r>
        <w:rPr>
          <w:rFonts w:ascii="Noto Sans CJK JP" w:hAnsi="Noto Sans CJK JP" w:eastAsia="Noto Sans CJK JP"/>
          <w:b w:val="0"/>
          <w:color w:val="17202A"/>
          <w:sz w:val="20"/>
        </w:rPr>
        <w:t>□ 経験 技術 数字 成果を作っていない</w:t>
      </w:r>
    </w:p>
    <w:p>
      <w:pPr>
        <w:spacing w:after="100" w:line="276" w:lineRule="auto"/>
      </w:pPr>
      <w:r>
        <w:rPr>
          <w:rFonts w:ascii="Noto Sans CJK JP" w:hAnsi="Noto Sans CJK JP" w:eastAsia="Noto Sans CJK JP"/>
          <w:b w:val="0"/>
          <w:color w:val="17202A"/>
          <w:sz w:val="20"/>
        </w:rPr>
        <w:t>□ チーム全体の成果と自分の担当を分けた</w:t>
      </w:r>
    </w:p>
    <w:p>
      <w:pPr>
        <w:spacing w:after="100" w:line="276" w:lineRule="auto"/>
      </w:pPr>
      <w:r>
        <w:rPr>
          <w:rFonts w:ascii="Noto Sans CJK JP" w:hAnsi="Noto Sans CJK JP" w:eastAsia="Noto Sans CJK JP"/>
          <w:b w:val="0"/>
          <w:color w:val="17202A"/>
          <w:sz w:val="20"/>
        </w:rPr>
        <w:t>□ 面接で判断理由と担当外を説明できる</w:t>
      </w:r>
    </w:p>
    <w:p>
      <w:pPr>
        <w:pStyle w:val="Heading1"/>
        <w:pageBreakBefore/>
      </w:pPr>
      <w:r>
        <w:t>案件経歴 3</w:t>
      </w:r>
    </w:p>
    <w:p>
      <w:pPr>
        <w:spacing w:after="200" w:line="276" w:lineRule="auto"/>
      </w:pPr>
      <w:r>
        <w:rPr>
          <w:rFonts w:ascii="Noto Sans CJK JP" w:hAnsi="Noto Sans CJK JP" w:eastAsia="Noto Sans CJK JP"/>
          <w:b w:val="0"/>
          <w:color w:val="52616B"/>
          <w:sz w:val="21"/>
        </w:rPr>
        <w:t>応募先に近い案件を優先し、自分が説明できる事実だけを入力します。顧客名や非公開資料の内容は一般化してください。</w:t>
      </w:r>
    </w:p>
    <w:tbl>
      <w:tblPr>
        <w:tblW w:type="auto" w:w="0"/>
        <w:jc w:val="center"/>
        <w:tblLayout w:type="fixed"/>
        <w:tblLook w:firstColumn="1" w:firstRow="1" w:lastColumn="0" w:lastRow="0" w:noHBand="0" w:noVBand="1" w:val="04A0"/>
      </w:tblPr>
      <w:tblGrid>
        <w:gridCol w:w="5083"/>
        <w:gridCol w:w="5083"/>
      </w:tblGrid>
      <w:tr>
        <w:trPr>
          <w:tblHeader w:val="true"/>
        </w:trPr>
        <w:tc>
          <w:tcPr>
            <w:tcW w:type="dxa" w:w="2232"/>
            <w:shd w:fill="173B57"/>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130" w:type="dxa"/>
              <w:start w:w="130" w:type="dxa"/>
              <w:bottom w:w="130" w:type="dxa"/>
              <w:end w:w="130" w:type="dxa"/>
            </w:tcMar>
            <w:vAlign w:val="center"/>
          </w:tcPr>
          <w:p>
            <w:pPr>
              <w:spacing w:after="0" w:line="276" w:lineRule="auto"/>
              <w:jc w:val="center"/>
            </w:pPr>
            <w:r>
              <w:rPr>
                <w:rFonts w:ascii="Noto Sans CJK JP" w:hAnsi="Noto Sans CJK JP" w:eastAsia="Noto Sans CJK JP"/>
                <w:b/>
                <w:color w:val="FFFFFF"/>
                <w:sz w:val="20"/>
              </w:rPr>
              <w:t>項目</w:t>
            </w:r>
          </w:p>
        </w:tc>
        <w:tc>
          <w:tcPr>
            <w:tcW w:type="dxa" w:w="7992"/>
            <w:shd w:fill="173B57"/>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130" w:type="dxa"/>
              <w:start w:w="130" w:type="dxa"/>
              <w:bottom w:w="130" w:type="dxa"/>
              <w:end w:w="130" w:type="dxa"/>
            </w:tcMar>
            <w:vAlign w:val="center"/>
          </w:tcPr>
          <w:p>
            <w:pPr>
              <w:spacing w:after="0" w:line="276" w:lineRule="auto"/>
              <w:jc w:val="center"/>
            </w:pPr>
            <w:r>
              <w:rPr>
                <w:rFonts w:ascii="Noto Sans CJK JP" w:hAnsi="Noto Sans CJK JP" w:eastAsia="Noto Sans CJK JP"/>
                <w:b/>
                <w:color w:val="FFFFFF"/>
                <w:sz w:val="20"/>
              </w:rPr>
              <w:t>入力欄</w:t>
            </w:r>
          </w:p>
        </w:tc>
      </w:tr>
      <w:tr>
        <w:tc>
          <w:tcPr>
            <w:tcW w:type="dxa" w:w="2232"/>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135" w:type="dxa"/>
              <w:start w:w="130" w:type="dxa"/>
              <w:bottom w:w="135" w:type="dxa"/>
              <w:end w:w="130" w:type="dxa"/>
            </w:tcMar>
            <w:vAlign w:val="center"/>
            <w:shd w:fill="EAF3F8"/>
          </w:tcPr>
          <w:p>
            <w:pPr>
              <w:spacing w:after="0" w:line="276" w:lineRule="auto"/>
            </w:pPr>
            <w:r>
              <w:rPr>
                <w:rFonts w:ascii="Noto Sans CJK JP" w:hAnsi="Noto Sans CJK JP" w:eastAsia="Noto Sans CJK JP"/>
                <w:b/>
                <w:color w:val="17202A"/>
                <w:sz w:val="20"/>
              </w:rPr>
              <w:t>期間</w:t>
            </w:r>
          </w:p>
        </w:tc>
        <w:tc>
          <w:tcPr>
            <w:tcW w:type="dxa" w:w="7992"/>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135" w:type="dxa"/>
              <w:start w:w="130" w:type="dxa"/>
              <w:bottom w:w="135" w:type="dxa"/>
              <w:end w:w="130" w:type="dxa"/>
            </w:tcMar>
            <w:vAlign w:val="center"/>
          </w:tcPr>
          <w:p>
            <w:pPr>
              <w:spacing w:after="0" w:line="300" w:lineRule="auto"/>
            </w:pPr>
            <w:r>
              <w:rPr>
                <w:rFonts w:ascii="Noto Sans CJK JP" w:hAnsi="Noto Sans CJK JP" w:eastAsia="Noto Sans CJK JP"/>
                <w:b w:val="0"/>
                <w:color w:val="52616B"/>
                <w:sz w:val="20"/>
              </w:rPr>
              <w:t>［開始年月から終了年月または現在］</w:t>
            </w:r>
          </w:p>
        </w:tc>
      </w:tr>
      <w:tr>
        <w:tc>
          <w:tcPr>
            <w:tcW w:type="dxa" w:w="2232"/>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135" w:type="dxa"/>
              <w:start w:w="130" w:type="dxa"/>
              <w:bottom w:w="135" w:type="dxa"/>
              <w:end w:w="130" w:type="dxa"/>
            </w:tcMar>
            <w:vAlign w:val="center"/>
            <w:shd w:fill="EAF3F8"/>
          </w:tcPr>
          <w:p>
            <w:pPr>
              <w:spacing w:after="0" w:line="276" w:lineRule="auto"/>
            </w:pPr>
            <w:r>
              <w:rPr>
                <w:rFonts w:ascii="Noto Sans CJK JP" w:hAnsi="Noto Sans CJK JP" w:eastAsia="Noto Sans CJK JP"/>
                <w:b/>
                <w:color w:val="17202A"/>
                <w:sz w:val="20"/>
              </w:rPr>
              <w:t>案件概要</w:t>
            </w:r>
          </w:p>
        </w:tc>
        <w:tc>
          <w:tcPr>
            <w:tcW w:type="dxa" w:w="7992"/>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135" w:type="dxa"/>
              <w:start w:w="130" w:type="dxa"/>
              <w:bottom w:w="135" w:type="dxa"/>
              <w:end w:w="130" w:type="dxa"/>
            </w:tcMar>
            <w:vAlign w:val="center"/>
            <w:shd w:fill="F5F9FC"/>
          </w:tcPr>
          <w:p>
            <w:pPr>
              <w:spacing w:after="0" w:line="300" w:lineRule="auto"/>
            </w:pPr>
            <w:r>
              <w:rPr>
                <w:rFonts w:ascii="Noto Sans CJK JP" w:hAnsi="Noto Sans CJK JP" w:eastAsia="Noto Sans CJK JP"/>
                <w:b w:val="0"/>
                <w:color w:val="52616B"/>
                <w:sz w:val="20"/>
              </w:rPr>
              <w:t>［業界 利用者 システムの用途を一般化して入力］</w:t>
            </w:r>
          </w:p>
        </w:tc>
      </w:tr>
      <w:tr>
        <w:tc>
          <w:tcPr>
            <w:tcW w:type="dxa" w:w="2232"/>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135" w:type="dxa"/>
              <w:start w:w="130" w:type="dxa"/>
              <w:bottom w:w="135" w:type="dxa"/>
              <w:end w:w="130" w:type="dxa"/>
            </w:tcMar>
            <w:vAlign w:val="center"/>
            <w:shd w:fill="EAF3F8"/>
          </w:tcPr>
          <w:p>
            <w:pPr>
              <w:spacing w:after="0" w:line="276" w:lineRule="auto"/>
            </w:pPr>
            <w:r>
              <w:rPr>
                <w:rFonts w:ascii="Noto Sans CJK JP" w:hAnsi="Noto Sans CJK JP" w:eastAsia="Noto Sans CJK JP"/>
                <w:b/>
                <w:color w:val="17202A"/>
                <w:sz w:val="20"/>
              </w:rPr>
              <w:t>体制と役割</w:t>
            </w:r>
          </w:p>
        </w:tc>
        <w:tc>
          <w:tcPr>
            <w:tcW w:type="dxa" w:w="7992"/>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135" w:type="dxa"/>
              <w:start w:w="130" w:type="dxa"/>
              <w:bottom w:w="135" w:type="dxa"/>
              <w:end w:w="130" w:type="dxa"/>
            </w:tcMar>
            <w:vAlign w:val="center"/>
          </w:tcPr>
          <w:p>
            <w:pPr>
              <w:spacing w:after="0" w:line="300" w:lineRule="auto"/>
            </w:pPr>
            <w:r>
              <w:rPr>
                <w:rFonts w:ascii="Noto Sans CJK JP" w:hAnsi="Noto Sans CJK JP" w:eastAsia="Noto Sans CJK JP"/>
                <w:b w:val="0"/>
                <w:color w:val="52616B"/>
                <w:sz w:val="20"/>
              </w:rPr>
              <w:t>［チーム人数 自分の役割 承認者やレビュー担当を入力］</w:t>
            </w:r>
          </w:p>
        </w:tc>
      </w:tr>
      <w:tr>
        <w:tc>
          <w:tcPr>
            <w:tcW w:type="dxa" w:w="2232"/>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135" w:type="dxa"/>
              <w:start w:w="130" w:type="dxa"/>
              <w:bottom w:w="135" w:type="dxa"/>
              <w:end w:w="130" w:type="dxa"/>
            </w:tcMar>
            <w:vAlign w:val="center"/>
            <w:shd w:fill="EAF3F8"/>
          </w:tcPr>
          <w:p>
            <w:pPr>
              <w:spacing w:after="0" w:line="276" w:lineRule="auto"/>
            </w:pPr>
            <w:r>
              <w:rPr>
                <w:rFonts w:ascii="Noto Sans CJK JP" w:hAnsi="Noto Sans CJK JP" w:eastAsia="Noto Sans CJK JP"/>
                <w:b/>
                <w:color w:val="17202A"/>
                <w:sz w:val="20"/>
              </w:rPr>
              <w:t>担当工程</w:t>
            </w:r>
          </w:p>
        </w:tc>
        <w:tc>
          <w:tcPr>
            <w:tcW w:type="dxa" w:w="7992"/>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135" w:type="dxa"/>
              <w:start w:w="130" w:type="dxa"/>
              <w:bottom w:w="135" w:type="dxa"/>
              <w:end w:w="130" w:type="dxa"/>
            </w:tcMar>
            <w:vAlign w:val="center"/>
            <w:shd w:fill="F5F9FC"/>
          </w:tcPr>
          <w:p>
            <w:pPr>
              <w:spacing w:after="0" w:line="300" w:lineRule="auto"/>
            </w:pPr>
            <w:r>
              <w:rPr>
                <w:rFonts w:ascii="Noto Sans CJK JP" w:hAnsi="Noto Sans CJK JP" w:eastAsia="Noto Sans CJK JP"/>
                <w:b w:val="0"/>
                <w:color w:val="52616B"/>
                <w:sz w:val="20"/>
              </w:rPr>
              <w:t>［調査 要件 設計 開発 テスト 運用 調整のうち実際の範囲を入力］</w:t>
            </w:r>
          </w:p>
        </w:tc>
      </w:tr>
      <w:tr>
        <w:tc>
          <w:tcPr>
            <w:tcW w:type="dxa" w:w="2232"/>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135" w:type="dxa"/>
              <w:start w:w="130" w:type="dxa"/>
              <w:bottom w:w="135" w:type="dxa"/>
              <w:end w:w="130" w:type="dxa"/>
            </w:tcMar>
            <w:vAlign w:val="center"/>
            <w:shd w:fill="EAF3F8"/>
          </w:tcPr>
          <w:p>
            <w:pPr>
              <w:spacing w:after="0" w:line="276" w:lineRule="auto"/>
            </w:pPr>
            <w:r>
              <w:rPr>
                <w:rFonts w:ascii="Noto Sans CJK JP" w:hAnsi="Noto Sans CJK JP" w:eastAsia="Noto Sans CJK JP"/>
                <w:b/>
                <w:color w:val="17202A"/>
                <w:sz w:val="20"/>
              </w:rPr>
              <w:t>技術と成果物</w:t>
            </w:r>
          </w:p>
        </w:tc>
        <w:tc>
          <w:tcPr>
            <w:tcW w:type="dxa" w:w="7992"/>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135" w:type="dxa"/>
              <w:start w:w="130" w:type="dxa"/>
              <w:bottom w:w="135" w:type="dxa"/>
              <w:end w:w="130" w:type="dxa"/>
            </w:tcMar>
            <w:vAlign w:val="center"/>
          </w:tcPr>
          <w:p>
            <w:pPr>
              <w:spacing w:after="0" w:line="300" w:lineRule="auto"/>
            </w:pPr>
            <w:r>
              <w:rPr>
                <w:rFonts w:ascii="Noto Sans CJK JP" w:hAnsi="Noto Sans CJK JP" w:eastAsia="Noto Sans CJK JP"/>
                <w:b w:val="0"/>
                <w:color w:val="52616B"/>
                <w:sz w:val="20"/>
              </w:rPr>
              <w:t>［実際に使った技術と作成または更新した成果物を入力］</w:t>
            </w:r>
          </w:p>
        </w:tc>
      </w:tr>
      <w:tr>
        <w:tc>
          <w:tcPr>
            <w:tcW w:type="dxa" w:w="2232"/>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135" w:type="dxa"/>
              <w:start w:w="130" w:type="dxa"/>
              <w:bottom w:w="135" w:type="dxa"/>
              <w:end w:w="130" w:type="dxa"/>
            </w:tcMar>
            <w:vAlign w:val="center"/>
            <w:shd w:fill="EAF3F8"/>
          </w:tcPr>
          <w:p>
            <w:pPr>
              <w:spacing w:after="0" w:line="276" w:lineRule="auto"/>
            </w:pPr>
            <w:r>
              <w:rPr>
                <w:rFonts w:ascii="Noto Sans CJK JP" w:hAnsi="Noto Sans CJK JP" w:eastAsia="Noto Sans CJK JP"/>
                <w:b/>
                <w:color w:val="17202A"/>
                <w:sz w:val="20"/>
              </w:rPr>
              <w:t>判断と行動</w:t>
            </w:r>
          </w:p>
        </w:tc>
        <w:tc>
          <w:tcPr>
            <w:tcW w:type="dxa" w:w="7992"/>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135" w:type="dxa"/>
              <w:start w:w="130" w:type="dxa"/>
              <w:bottom w:w="135" w:type="dxa"/>
              <w:end w:w="130" w:type="dxa"/>
            </w:tcMar>
            <w:vAlign w:val="center"/>
            <w:shd w:fill="F5F9FC"/>
          </w:tcPr>
          <w:p>
            <w:pPr>
              <w:spacing w:after="0" w:line="300" w:lineRule="auto"/>
            </w:pPr>
            <w:r>
              <w:rPr>
                <w:rFonts w:ascii="Noto Sans CJK JP" w:hAnsi="Noto Sans CJK JP" w:eastAsia="Noto Sans CJK JP"/>
                <w:b w:val="0"/>
                <w:color w:val="52616B"/>
                <w:sz w:val="20"/>
              </w:rPr>
              <w:t>［何を見て何を決め 誰と合意し どこまで担当したかを入力］</w:t>
            </w:r>
          </w:p>
        </w:tc>
      </w:tr>
      <w:tr>
        <w:tc>
          <w:tcPr>
            <w:tcW w:type="dxa" w:w="2232"/>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135" w:type="dxa"/>
              <w:start w:w="130" w:type="dxa"/>
              <w:bottom w:w="135" w:type="dxa"/>
              <w:end w:w="130" w:type="dxa"/>
            </w:tcMar>
            <w:vAlign w:val="center"/>
            <w:shd w:fill="EAF3F8"/>
          </w:tcPr>
          <w:p>
            <w:pPr>
              <w:spacing w:after="0" w:line="276" w:lineRule="auto"/>
            </w:pPr>
            <w:r>
              <w:rPr>
                <w:rFonts w:ascii="Noto Sans CJK JP" w:hAnsi="Noto Sans CJK JP" w:eastAsia="Noto Sans CJK JP"/>
                <w:b/>
                <w:color w:val="17202A"/>
                <w:sz w:val="20"/>
              </w:rPr>
              <w:t>確認できる結果</w:t>
            </w:r>
          </w:p>
        </w:tc>
        <w:tc>
          <w:tcPr>
            <w:tcW w:type="dxa" w:w="7992"/>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135" w:type="dxa"/>
              <w:start w:w="130" w:type="dxa"/>
              <w:bottom w:w="135" w:type="dxa"/>
              <w:end w:w="130" w:type="dxa"/>
            </w:tcMar>
            <w:vAlign w:val="center"/>
          </w:tcPr>
          <w:p>
            <w:pPr>
              <w:spacing w:after="0" w:line="300" w:lineRule="auto"/>
            </w:pPr>
            <w:r>
              <w:rPr>
                <w:rFonts w:ascii="Noto Sans CJK JP" w:hAnsi="Noto Sans CJK JP" w:eastAsia="Noto Sans CJK JP"/>
                <w:b w:val="0"/>
                <w:color w:val="52616B"/>
                <w:sz w:val="20"/>
              </w:rPr>
              <w:t>［品質 時間 手戻り 問い合わせ 再発防止など確認できる変化を入力 数字は根拠がある場合だけ使用］</w:t>
            </w:r>
          </w:p>
        </w:tc>
      </w:tr>
      <w:tr>
        <w:tc>
          <w:tcPr>
            <w:tcW w:type="dxa" w:w="2232"/>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135" w:type="dxa"/>
              <w:start w:w="130" w:type="dxa"/>
              <w:bottom w:w="135" w:type="dxa"/>
              <w:end w:w="130" w:type="dxa"/>
            </w:tcMar>
            <w:vAlign w:val="center"/>
            <w:shd w:fill="EAF3F8"/>
          </w:tcPr>
          <w:p>
            <w:pPr>
              <w:spacing w:after="0" w:line="276" w:lineRule="auto"/>
            </w:pPr>
            <w:r>
              <w:rPr>
                <w:rFonts w:ascii="Noto Sans CJK JP" w:hAnsi="Noto Sans CJK JP" w:eastAsia="Noto Sans CJK JP"/>
                <w:b/>
                <w:color w:val="17202A"/>
                <w:sz w:val="20"/>
              </w:rPr>
              <w:t>担当外</w:t>
            </w:r>
          </w:p>
        </w:tc>
        <w:tc>
          <w:tcPr>
            <w:tcW w:type="dxa" w:w="7992"/>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135" w:type="dxa"/>
              <w:start w:w="130" w:type="dxa"/>
              <w:bottom w:w="135" w:type="dxa"/>
              <w:end w:w="130" w:type="dxa"/>
            </w:tcMar>
            <w:vAlign w:val="center"/>
            <w:shd w:fill="F5F9FC"/>
          </w:tcPr>
          <w:p>
            <w:pPr>
              <w:spacing w:after="0" w:line="300" w:lineRule="auto"/>
            </w:pPr>
            <w:r>
              <w:rPr>
                <w:rFonts w:ascii="Noto Sans CJK JP" w:hAnsi="Noto Sans CJK JP" w:eastAsia="Noto Sans CJK JP"/>
                <w:b w:val="0"/>
                <w:color w:val="52616B"/>
                <w:sz w:val="20"/>
              </w:rPr>
              <w:t>［最終承認 顧客判断 他チームの実装など自分が担当していない範囲を入力］</w:t>
            </w:r>
          </w:p>
        </w:tc>
      </w:tr>
    </w:tbl>
    <w:p/>
    <w:p>
      <w:pPr>
        <w:pStyle w:val="Heading2"/>
      </w:pPr>
      <w:r>
        <w:t>提出前の確認</w:t>
      </w:r>
    </w:p>
    <w:p>
      <w:pPr>
        <w:spacing w:after="100" w:line="276" w:lineRule="auto"/>
      </w:pPr>
      <w:r>
        <w:rPr>
          <w:rFonts w:ascii="Noto Sans CJK JP" w:hAnsi="Noto Sans CJK JP" w:eastAsia="Noto Sans CJK JP"/>
          <w:b w:val="0"/>
          <w:color w:val="17202A"/>
          <w:sz w:val="20"/>
        </w:rPr>
        <w:t>□ 顧客名 製品名 個人名 非公開の単価や件数を一般化した</w:t>
      </w:r>
    </w:p>
    <w:p>
      <w:pPr>
        <w:spacing w:after="100" w:line="276" w:lineRule="auto"/>
      </w:pPr>
      <w:r>
        <w:rPr>
          <w:rFonts w:ascii="Noto Sans CJK JP" w:hAnsi="Noto Sans CJK JP" w:eastAsia="Noto Sans CJK JP"/>
          <w:b w:val="0"/>
          <w:color w:val="17202A"/>
          <w:sz w:val="20"/>
        </w:rPr>
        <w:t>□ 経験 技術 数字 成果を作っていない</w:t>
      </w:r>
    </w:p>
    <w:p>
      <w:pPr>
        <w:spacing w:after="100" w:line="276" w:lineRule="auto"/>
      </w:pPr>
      <w:r>
        <w:rPr>
          <w:rFonts w:ascii="Noto Sans CJK JP" w:hAnsi="Noto Sans CJK JP" w:eastAsia="Noto Sans CJK JP"/>
          <w:b w:val="0"/>
          <w:color w:val="17202A"/>
          <w:sz w:val="20"/>
        </w:rPr>
        <w:t>□ チーム全体の成果と自分の担当を分けた</w:t>
      </w:r>
    </w:p>
    <w:p>
      <w:pPr>
        <w:spacing w:after="100" w:line="276" w:lineRule="auto"/>
      </w:pPr>
      <w:r>
        <w:rPr>
          <w:rFonts w:ascii="Noto Sans CJK JP" w:hAnsi="Noto Sans CJK JP" w:eastAsia="Noto Sans CJK JP"/>
          <w:b w:val="0"/>
          <w:color w:val="17202A"/>
          <w:sz w:val="20"/>
        </w:rPr>
        <w:t>□ 面接で判断理由と担当外を説明できる</w:t>
      </w:r>
    </w:p>
    <w:p>
      <w:pPr>
        <w:pStyle w:val="Heading1"/>
        <w:pageBreakBefore/>
      </w:pPr>
      <w:r>
        <w:t>担当別の書き換え方</w:t>
      </w:r>
    </w:p>
    <w:p>
      <w:pPr>
        <w:spacing w:after="180" w:line="276" w:lineRule="auto"/>
      </w:pPr>
      <w:r>
        <w:rPr>
          <w:rFonts w:ascii="Noto Sans CJK JP" w:hAnsi="Noto Sans CJK JP" w:eastAsia="Noto Sans CJK JP"/>
          <w:b w:val="0"/>
          <w:color w:val="52616B"/>
          <w:sz w:val="21"/>
        </w:rPr>
        <w:t>同じ案件でも、応募先が確認したい責任に合わせて重点を変えます。経験していない工程は追加しません。</w:t>
      </w:r>
    </w:p>
    <w:tbl>
      <w:tblPr>
        <w:tblW w:type="auto" w:w="0"/>
        <w:jc w:val="center"/>
        <w:tblLayout w:type="fixed"/>
        <w:tblLook w:firstColumn="1" w:firstRow="1" w:lastColumn="0" w:lastRow="0" w:noHBand="0" w:noVBand="1" w:val="04A0"/>
      </w:tblPr>
      <w:tblGrid>
        <w:gridCol w:w="3389"/>
        <w:gridCol w:w="3389"/>
        <w:gridCol w:w="3389"/>
      </w:tblGrid>
      <w:tr>
        <w:trPr>
          <w:tblHeader w:val="true"/>
        </w:trPr>
        <w:tc>
          <w:tcPr>
            <w:tcW w:type="dxa" w:w="1944"/>
            <w:shd w:fill="173B57"/>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130" w:type="dxa"/>
              <w:start w:w="130" w:type="dxa"/>
              <w:bottom w:w="130" w:type="dxa"/>
              <w:end w:w="130" w:type="dxa"/>
            </w:tcMar>
            <w:vAlign w:val="center"/>
          </w:tcPr>
          <w:p>
            <w:pPr>
              <w:spacing w:after="0" w:line="276" w:lineRule="auto"/>
              <w:jc w:val="center"/>
            </w:pPr>
            <w:r>
              <w:rPr>
                <w:rFonts w:ascii="Noto Sans CJK JP" w:hAnsi="Noto Sans CJK JP" w:eastAsia="Noto Sans CJK JP"/>
                <w:b/>
                <w:color w:val="FFFFFF"/>
                <w:sz w:val="20"/>
              </w:rPr>
              <w:t>担当</w:t>
            </w:r>
          </w:p>
        </w:tc>
        <w:tc>
          <w:tcPr>
            <w:tcW w:type="dxa" w:w="4680"/>
            <w:shd w:fill="173B57"/>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130" w:type="dxa"/>
              <w:start w:w="130" w:type="dxa"/>
              <w:bottom w:w="130" w:type="dxa"/>
              <w:end w:w="130" w:type="dxa"/>
            </w:tcMar>
            <w:vAlign w:val="center"/>
          </w:tcPr>
          <w:p>
            <w:pPr>
              <w:spacing w:after="0" w:line="276" w:lineRule="auto"/>
              <w:jc w:val="center"/>
            </w:pPr>
            <w:r>
              <w:rPr>
                <w:rFonts w:ascii="Noto Sans CJK JP" w:hAnsi="Noto Sans CJK JP" w:eastAsia="Noto Sans CJK JP"/>
                <w:b/>
                <w:color w:val="FFFFFF"/>
                <w:sz w:val="20"/>
              </w:rPr>
              <w:t>詳しく書く内容</w:t>
            </w:r>
          </w:p>
        </w:tc>
        <w:tc>
          <w:tcPr>
            <w:tcW w:type="dxa" w:w="3600"/>
            <w:shd w:fill="173B57"/>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130" w:type="dxa"/>
              <w:start w:w="130" w:type="dxa"/>
              <w:bottom w:w="130" w:type="dxa"/>
              <w:end w:w="130" w:type="dxa"/>
            </w:tcMar>
            <w:vAlign w:val="center"/>
          </w:tcPr>
          <w:p>
            <w:pPr>
              <w:spacing w:after="0" w:line="276" w:lineRule="auto"/>
              <w:jc w:val="center"/>
            </w:pPr>
            <w:r>
              <w:rPr>
                <w:rFonts w:ascii="Noto Sans CJK JP" w:hAnsi="Noto Sans CJK JP" w:eastAsia="Noto Sans CJK JP"/>
                <w:b/>
                <w:color w:val="FFFFFF"/>
                <w:sz w:val="20"/>
              </w:rPr>
              <w:t>避ける書き方</w:t>
            </w:r>
          </w:p>
        </w:tc>
      </w:tr>
      <w:tr>
        <w:tc>
          <w:tcPr>
            <w:tcW w:type="dxa" w:w="1944"/>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135" w:type="dxa"/>
              <w:start w:w="130" w:type="dxa"/>
              <w:bottom w:w="135" w:type="dxa"/>
              <w:end w:w="130" w:type="dxa"/>
            </w:tcMar>
            <w:vAlign w:val="center"/>
          </w:tcPr>
          <w:p>
            <w:pPr>
              <w:spacing w:after="0" w:line="300" w:lineRule="auto"/>
            </w:pPr>
            <w:r>
              <w:rPr>
                <w:rFonts w:ascii="Noto Sans CJK JP" w:hAnsi="Noto Sans CJK JP" w:eastAsia="Noto Sans CJK JP"/>
                <w:b/>
                <w:color w:val="17202A"/>
                <w:sz w:val="19"/>
              </w:rPr>
              <w:t>要件と顧客調整</w:t>
            </w:r>
          </w:p>
        </w:tc>
        <w:tc>
          <w:tcPr>
            <w:tcW w:type="dxa" w:w="4680"/>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135" w:type="dxa"/>
              <w:start w:w="130" w:type="dxa"/>
              <w:bottom w:w="135" w:type="dxa"/>
              <w:end w:w="130" w:type="dxa"/>
            </w:tcMar>
            <w:vAlign w:val="center"/>
          </w:tcPr>
          <w:p>
            <w:pPr>
              <w:spacing w:after="0" w:line="300" w:lineRule="auto"/>
            </w:pPr>
            <w:r>
              <w:rPr>
                <w:rFonts w:ascii="Noto Sans CJK JP" w:hAnsi="Noto Sans CJK JP" w:eastAsia="Noto Sans CJK JP"/>
                <w:b w:val="0"/>
                <w:color w:val="17202A"/>
                <w:sz w:val="19"/>
              </w:rPr>
              <w:t>利用者 制約 受入条件 合意した成果物</w:t>
            </w:r>
          </w:p>
        </w:tc>
        <w:tc>
          <w:tcPr>
            <w:tcW w:type="dxa" w:w="3600"/>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135" w:type="dxa"/>
              <w:start w:w="130" w:type="dxa"/>
              <w:bottom w:w="135" w:type="dxa"/>
              <w:end w:w="130" w:type="dxa"/>
            </w:tcMar>
            <w:vAlign w:val="center"/>
          </w:tcPr>
          <w:p>
            <w:pPr>
              <w:spacing w:after="0" w:line="300" w:lineRule="auto"/>
            </w:pPr>
            <w:r>
              <w:rPr>
                <w:rFonts w:ascii="Noto Sans CJK JP" w:hAnsi="Noto Sans CJK JP" w:eastAsia="Noto Sans CJK JP"/>
                <w:b w:val="0"/>
                <w:color w:val="17202A"/>
                <w:sz w:val="19"/>
              </w:rPr>
              <w:t>会議に参加しただけで要件定義と書く</w:t>
            </w:r>
          </w:p>
        </w:tc>
      </w:tr>
      <w:tr>
        <w:tc>
          <w:tcPr>
            <w:tcW w:type="dxa" w:w="1944"/>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135" w:type="dxa"/>
              <w:start w:w="130" w:type="dxa"/>
              <w:bottom w:w="135" w:type="dxa"/>
              <w:end w:w="130" w:type="dxa"/>
            </w:tcMar>
            <w:vAlign w:val="center"/>
            <w:shd w:fill="F5F9FC"/>
          </w:tcPr>
          <w:p>
            <w:pPr>
              <w:spacing w:after="0" w:line="300" w:lineRule="auto"/>
            </w:pPr>
            <w:r>
              <w:rPr>
                <w:rFonts w:ascii="Noto Sans CJK JP" w:hAnsi="Noto Sans CJK JP" w:eastAsia="Noto Sans CJK JP"/>
                <w:b/>
                <w:color w:val="17202A"/>
                <w:sz w:val="19"/>
              </w:rPr>
              <w:t>開発と品質</w:t>
            </w:r>
          </w:p>
        </w:tc>
        <w:tc>
          <w:tcPr>
            <w:tcW w:type="dxa" w:w="4680"/>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135" w:type="dxa"/>
              <w:start w:w="130" w:type="dxa"/>
              <w:bottom w:w="135" w:type="dxa"/>
              <w:end w:w="130" w:type="dxa"/>
            </w:tcMar>
            <w:vAlign w:val="center"/>
            <w:shd w:fill="F5F9FC"/>
          </w:tcPr>
          <w:p>
            <w:pPr>
              <w:spacing w:after="0" w:line="300" w:lineRule="auto"/>
            </w:pPr>
            <w:r>
              <w:rPr>
                <w:rFonts w:ascii="Noto Sans CJK JP" w:hAnsi="Noto Sans CJK JP" w:eastAsia="Noto Sans CJK JP"/>
                <w:b w:val="0"/>
                <w:color w:val="17202A"/>
                <w:sz w:val="19"/>
              </w:rPr>
              <w:t>影響調査 実装範囲 テスト観点 レビュー結果</w:t>
            </w:r>
          </w:p>
        </w:tc>
        <w:tc>
          <w:tcPr>
            <w:tcW w:type="dxa" w:w="3600"/>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135" w:type="dxa"/>
              <w:start w:w="130" w:type="dxa"/>
              <w:bottom w:w="135" w:type="dxa"/>
              <w:end w:w="130" w:type="dxa"/>
            </w:tcMar>
            <w:vAlign w:val="center"/>
            <w:shd w:fill="F5F9FC"/>
          </w:tcPr>
          <w:p>
            <w:pPr>
              <w:spacing w:after="0" w:line="300" w:lineRule="auto"/>
            </w:pPr>
            <w:r>
              <w:rPr>
                <w:rFonts w:ascii="Noto Sans CJK JP" w:hAnsi="Noto Sans CJK JP" w:eastAsia="Noto Sans CJK JP"/>
                <w:b w:val="0"/>
                <w:color w:val="17202A"/>
                <w:sz w:val="19"/>
              </w:rPr>
              <w:t>技術名と画面数だけを並べる</w:t>
            </w:r>
          </w:p>
        </w:tc>
      </w:tr>
      <w:tr>
        <w:tc>
          <w:tcPr>
            <w:tcW w:type="dxa" w:w="1944"/>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135" w:type="dxa"/>
              <w:start w:w="130" w:type="dxa"/>
              <w:bottom w:w="135" w:type="dxa"/>
              <w:end w:w="130" w:type="dxa"/>
            </w:tcMar>
            <w:vAlign w:val="center"/>
          </w:tcPr>
          <w:p>
            <w:pPr>
              <w:spacing w:after="0" w:line="300" w:lineRule="auto"/>
            </w:pPr>
            <w:r>
              <w:rPr>
                <w:rFonts w:ascii="Noto Sans CJK JP" w:hAnsi="Noto Sans CJK JP" w:eastAsia="Noto Sans CJK JP"/>
                <w:b/>
                <w:color w:val="17202A"/>
                <w:sz w:val="19"/>
              </w:rPr>
              <w:t>PMOと管理</w:t>
            </w:r>
          </w:p>
        </w:tc>
        <w:tc>
          <w:tcPr>
            <w:tcW w:type="dxa" w:w="4680"/>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135" w:type="dxa"/>
              <w:start w:w="130" w:type="dxa"/>
              <w:bottom w:w="135" w:type="dxa"/>
              <w:end w:w="130" w:type="dxa"/>
            </w:tcMar>
            <w:vAlign w:val="center"/>
          </w:tcPr>
          <w:p>
            <w:pPr>
              <w:spacing w:after="0" w:line="300" w:lineRule="auto"/>
            </w:pPr>
            <w:r>
              <w:rPr>
                <w:rFonts w:ascii="Noto Sans CJK JP" w:hAnsi="Noto Sans CJK JP" w:eastAsia="Noto Sans CJK JP"/>
                <w:b w:val="0"/>
                <w:color w:val="17202A"/>
                <w:sz w:val="19"/>
              </w:rPr>
              <w:t>未決事項 判断者 期限 完了条件 変更影響</w:t>
            </w:r>
          </w:p>
        </w:tc>
        <w:tc>
          <w:tcPr>
            <w:tcW w:type="dxa" w:w="3600"/>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135" w:type="dxa"/>
              <w:start w:w="130" w:type="dxa"/>
              <w:bottom w:w="135" w:type="dxa"/>
              <w:end w:w="130" w:type="dxa"/>
            </w:tcMar>
            <w:vAlign w:val="center"/>
          </w:tcPr>
          <w:p>
            <w:pPr>
              <w:spacing w:after="0" w:line="300" w:lineRule="auto"/>
            </w:pPr>
            <w:r>
              <w:rPr>
                <w:rFonts w:ascii="Noto Sans CJK JP" w:hAnsi="Noto Sans CJK JP" w:eastAsia="Noto Sans CJK JP"/>
                <w:b w:val="0"/>
                <w:color w:val="17202A"/>
                <w:sz w:val="19"/>
              </w:rPr>
              <w:t>議事録と進捗集計だけを書く</w:t>
            </w:r>
          </w:p>
        </w:tc>
      </w:tr>
      <w:tr>
        <w:tc>
          <w:tcPr>
            <w:tcW w:type="dxa" w:w="1944"/>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135" w:type="dxa"/>
              <w:start w:w="130" w:type="dxa"/>
              <w:bottom w:w="135" w:type="dxa"/>
              <w:end w:w="130" w:type="dxa"/>
            </w:tcMar>
            <w:vAlign w:val="center"/>
            <w:shd w:fill="F5F9FC"/>
          </w:tcPr>
          <w:p>
            <w:pPr>
              <w:spacing w:after="0" w:line="300" w:lineRule="auto"/>
            </w:pPr>
            <w:r>
              <w:rPr>
                <w:rFonts w:ascii="Noto Sans CJK JP" w:hAnsi="Noto Sans CJK JP" w:eastAsia="Noto Sans CJK JP"/>
                <w:b/>
                <w:color w:val="17202A"/>
                <w:sz w:val="19"/>
              </w:rPr>
              <w:t>社内SEと情シス</w:t>
            </w:r>
          </w:p>
        </w:tc>
        <w:tc>
          <w:tcPr>
            <w:tcW w:type="dxa" w:w="4680"/>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135" w:type="dxa"/>
              <w:start w:w="130" w:type="dxa"/>
              <w:bottom w:w="135" w:type="dxa"/>
              <w:end w:w="130" w:type="dxa"/>
            </w:tcMar>
            <w:vAlign w:val="center"/>
            <w:shd w:fill="F5F9FC"/>
          </w:tcPr>
          <w:p>
            <w:pPr>
              <w:spacing w:after="0" w:line="300" w:lineRule="auto"/>
            </w:pPr>
            <w:r>
              <w:rPr>
                <w:rFonts w:ascii="Noto Sans CJK JP" w:hAnsi="Noto Sans CJK JP" w:eastAsia="Noto Sans CJK JP"/>
                <w:b w:val="0"/>
                <w:color w:val="17202A"/>
                <w:sz w:val="19"/>
              </w:rPr>
              <w:t>依頼分類 切り分け ベンダー調整 再発防止</w:t>
            </w:r>
          </w:p>
        </w:tc>
        <w:tc>
          <w:tcPr>
            <w:tcW w:type="dxa" w:w="3600"/>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135" w:type="dxa"/>
              <w:start w:w="130" w:type="dxa"/>
              <w:bottom w:w="135" w:type="dxa"/>
              <w:end w:w="130" w:type="dxa"/>
            </w:tcMar>
            <w:vAlign w:val="center"/>
            <w:shd w:fill="F5F9FC"/>
          </w:tcPr>
          <w:p>
            <w:pPr>
              <w:spacing w:after="0" w:line="300" w:lineRule="auto"/>
            </w:pPr>
            <w:r>
              <w:rPr>
                <w:rFonts w:ascii="Noto Sans CJK JP" w:hAnsi="Noto Sans CJK JP" w:eastAsia="Noto Sans CJK JP"/>
                <w:b w:val="0"/>
                <w:color w:val="17202A"/>
                <w:sz w:val="19"/>
              </w:rPr>
              <w:t>問い合わせ対応だけで終える</w:t>
            </w:r>
          </w:p>
        </w:tc>
      </w:tr>
    </w:tbl>
    <w:p/>
    <w:p>
      <w:pPr>
        <w:pStyle w:val="Heading1"/>
      </w:pPr>
      <w:r>
        <w:t>提出前の確認</w:t>
      </w:r>
    </w:p>
    <w:p>
      <w:pPr>
        <w:spacing w:after="100" w:line="276" w:lineRule="auto"/>
      </w:pPr>
      <w:r>
        <w:rPr>
          <w:rFonts w:ascii="Noto Sans CJK JP" w:hAnsi="Noto Sans CJK JP" w:eastAsia="Noto Sans CJK JP"/>
          <w:b w:val="0"/>
          <w:color w:val="17202A"/>
          <w:sz w:val="20"/>
        </w:rPr>
        <w:t>□ 応募先の指定様式とファイル形式を確認した</w:t>
      </w:r>
    </w:p>
    <w:p>
      <w:pPr>
        <w:spacing w:after="100" w:line="276" w:lineRule="auto"/>
      </w:pPr>
      <w:r>
        <w:rPr>
          <w:rFonts w:ascii="Noto Sans CJK JP" w:hAnsi="Noto Sans CJK JP" w:eastAsia="Noto Sans CJK JP"/>
          <w:b w:val="0"/>
          <w:color w:val="17202A"/>
          <w:sz w:val="20"/>
        </w:rPr>
        <w:t>□ 履歴書と職務経歴書の作成日をそろえた</w:t>
      </w:r>
    </w:p>
    <w:p>
      <w:pPr>
        <w:spacing w:after="100" w:line="276" w:lineRule="auto"/>
      </w:pPr>
      <w:r>
        <w:rPr>
          <w:rFonts w:ascii="Noto Sans CJK JP" w:hAnsi="Noto Sans CJK JP" w:eastAsia="Noto Sans CJK JP"/>
          <w:b w:val="0"/>
          <w:color w:val="17202A"/>
          <w:sz w:val="20"/>
        </w:rPr>
        <w:t>□ 顧客 製品 個人 非公開資料を特定できる情報を一般化した</w:t>
      </w:r>
    </w:p>
    <w:p>
      <w:pPr>
        <w:spacing w:after="100" w:line="276" w:lineRule="auto"/>
      </w:pPr>
      <w:r>
        <w:rPr>
          <w:rFonts w:ascii="Noto Sans CJK JP" w:hAnsi="Noto Sans CJK JP" w:eastAsia="Noto Sans CJK JP"/>
          <w:b w:val="0"/>
          <w:color w:val="17202A"/>
          <w:sz w:val="20"/>
        </w:rPr>
        <w:t>□ 自分の担当とチーム全体の成果を分けた</w:t>
      </w:r>
    </w:p>
    <w:p>
      <w:pPr>
        <w:spacing w:after="100" w:line="276" w:lineRule="auto"/>
      </w:pPr>
      <w:r>
        <w:rPr>
          <w:rFonts w:ascii="Noto Sans CJK JP" w:hAnsi="Noto Sans CJK JP" w:eastAsia="Noto Sans CJK JP"/>
          <w:b w:val="0"/>
          <w:color w:val="17202A"/>
          <w:sz w:val="20"/>
        </w:rPr>
        <w:t>□ 経験していない工程 技術 数字 成果を追加していない</w:t>
      </w:r>
    </w:p>
    <w:p>
      <w:pPr>
        <w:spacing w:after="100" w:line="276" w:lineRule="auto"/>
      </w:pPr>
      <w:r>
        <w:rPr>
          <w:rFonts w:ascii="Noto Sans CJK JP" w:hAnsi="Noto Sans CJK JP" w:eastAsia="Noto Sans CJK JP"/>
          <w:b w:val="0"/>
          <w:color w:val="17202A"/>
          <w:sz w:val="20"/>
        </w:rPr>
        <w:t>□ 面接で判断理由と担当外を説明できる</w:t>
      </w:r>
    </w:p>
    <w:p>
      <w:pPr>
        <w:spacing w:after="100" w:line="276" w:lineRule="auto"/>
      </w:pPr>
      <w:r>
        <w:rPr>
          <w:rFonts w:ascii="Noto Sans CJK JP" w:hAnsi="Noto Sans CJK JP" w:eastAsia="Noto Sans CJK JP"/>
          <w:b w:val="0"/>
          <w:color w:val="17202A"/>
          <w:sz w:val="20"/>
        </w:rPr>
        <w:t>□ ファイル名とPDF変換後の改ページを確認した</w:t>
      </w:r>
    </w:p>
    <w:p>
      <w:pPr>
        <w:pStyle w:val="Heading1"/>
      </w:pPr>
      <w:r>
        <w:t>作成を続ける</w:t>
      </w:r>
    </w:p>
    <w:p>
      <w:pPr>
        <w:spacing w:after="100" w:line="276" w:lineRule="auto"/>
      </w:pPr>
      <w:r>
        <w:rPr>
          <w:rFonts w:ascii="Noto Sans CJK JP" w:hAnsi="Noto Sans CJK JP" w:eastAsia="Noto Sans CJK JP"/>
          <w:b w:val="0"/>
          <w:color w:val="17202A"/>
          <w:sz w:val="21"/>
        </w:rPr>
        <w:t xml:space="preserve">ブラウザで職務要約まで作る  </w:t>
      </w:r>
      <w:hyperlink r:id="rId9">
        <w:r>
          <w:rPr>
            <w:color w:val="1A5E91"/>
            <w:u w:val="single"/>
          </w:rPr>
          <w:t>職務要約メーカーを開く</w:t>
        </w:r>
      </w:hyperlink>
    </w:p>
    <w:p>
      <w:pPr>
        <w:spacing w:after="100" w:line="276" w:lineRule="auto"/>
      </w:pPr>
      <w:r>
        <w:rPr>
          <w:rFonts w:ascii="Noto Sans CJK JP" w:hAnsi="Noto Sans CJK JP" w:eastAsia="Noto Sans CJK JP"/>
          <w:b w:val="0"/>
          <w:color w:val="17202A"/>
          <w:sz w:val="21"/>
        </w:rPr>
        <w:t xml:space="preserve">書き方と四つの記入例を確認する  </w:t>
      </w:r>
      <w:hyperlink r:id="rId10">
        <w:r>
          <w:rPr>
            <w:color w:val="1A5E91"/>
            <w:u w:val="single"/>
          </w:rPr>
          <w:t>職務経歴書の解説記事を開く</w:t>
        </w:r>
      </w:hyperlink>
    </w:p>
    <w:p>
      <w:pPr>
        <w:spacing w:after="100" w:line="276" w:lineRule="auto"/>
      </w:pPr>
      <w:r>
        <w:rPr>
          <w:rFonts w:ascii="Noto Sans CJK JP" w:hAnsi="Noto Sans CJK JP" w:eastAsia="Noto Sans CJK JP"/>
          <w:b w:val="0"/>
          <w:color w:val="17202A"/>
          <w:sz w:val="21"/>
        </w:rPr>
        <w:t xml:space="preserve">転職支援を使う場合だけ対象条件を確認する  </w:t>
      </w:r>
      <w:hyperlink r:id="rId11">
        <w:r>
          <w:rPr>
            <w:color w:val="1A5E91"/>
            <w:u w:val="single"/>
          </w:rPr>
          <w:t>転職支援の比較ページを開く</w:t>
        </w:r>
      </w:hyperlink>
    </w:p>
    <w:sectPr w:rsidR="00FC693F" w:rsidRPr="0006063C" w:rsidSect="00034616">
      <w:footerReference w:type="default" r:id="rId12"/>
      <w:pgSz w:w="12240" w:h="15840"/>
      <w:pgMar w:top="979" w:right="1037" w:bottom="893" w:left="103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0" w:line="276" w:lineRule="auto"/>
      <w:jc w:val="center"/>
    </w:pPr>
    <w:r>
      <w:rPr>
        <w:rFonts w:ascii="Noto Sans CJK JP" w:hAnsi="Noto Sans CJK JP" w:eastAsia="Noto Sans CJK JP"/>
        <w:b w:val="0"/>
        <w:color w:val="52616B"/>
        <w:sz w:val="17"/>
      </w:rPr>
      <w:t>Refactor Career  refactorcareer.dev  入力内容と提出先は自分で管理してください</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76" w:lineRule="auto"/>
    </w:pPr>
    <w:rPr>
      <w:rFonts w:ascii="Noto Sans CJK JP" w:hAnsi="Noto Sans CJK JP" w:eastAsia="Noto Sans CJK JP"/>
      <w:color w:val="17202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40"/>
      <w:outlineLvl w:val="0"/>
    </w:pPr>
    <w:rPr>
      <w:rFonts w:asciiTheme="majorHAnsi" w:eastAsiaTheme="majorEastAsia" w:hAnsiTheme="majorHAnsi" w:cstheme="majorBidi" w:ascii="Noto Sans CJK JP" w:hAnsi="Noto Sans CJK JP" w:eastAsia="Noto Sans CJK JP"/>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240" w:after="140"/>
      <w:outlineLvl w:val="1"/>
    </w:pPr>
    <w:rPr>
      <w:rFonts w:asciiTheme="majorHAnsi" w:eastAsiaTheme="majorEastAsia" w:hAnsiTheme="majorHAnsi" w:cstheme="majorBidi" w:ascii="Noto Sans CJK JP" w:hAnsi="Noto Sans CJK JP" w:eastAsia="Noto Sans CJK JP"/>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60" w:line="240" w:lineRule="auto"/>
      <w:contextualSpacing/>
    </w:pPr>
    <w:rPr>
      <w:rFonts w:asciiTheme="majorHAnsi" w:eastAsiaTheme="majorEastAsia" w:hAnsiTheme="majorHAnsi" w:cstheme="majorBidi" w:ascii="Noto Sans CJK JP" w:hAnsi="Noto Sans CJK JP" w:eastAsia="Noto Sans CJK JP"/>
      <w:b/>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refactorcareer.dev/resume/" TargetMode="External"/><Relationship Id="rId10" Type="http://schemas.openxmlformats.org/officeDocument/2006/relationships/hyperlink" Target="https://refactorcareer.dev/articles/ses-resume-compile/" TargetMode="External"/><Relationship Id="rId11" Type="http://schemas.openxmlformats.org/officeDocument/2006/relationships/hyperlink" Target="https://refactorcareer.dev/career-services/" TargetMode="External"/><Relationship Id="rId1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SIer SES 情シス 職務経歴書テンプレート</dc:title>
  <dc:subject>案件経験を6項目で整理する編集用テンプレート</dc:subject>
  <dc:creator>Refactor Career</dc:creator>
  <cp:keywords>SIer SES 情シス 職務経歴書 テンプレート</cp:keywords>
  <dc:description>顧客名や非公開情報を入力しないでください</dc:description>
  <cp:lastModifiedBy/>
  <cp:revision>1</cp:revision>
  <dcterms:created xsi:type="dcterms:W3CDTF">2013-12-23T23:15:00Z</dcterms:created>
  <dcterms:modified xsi:type="dcterms:W3CDTF">2013-12-23T23:15:00Z</dcterms:modified>
  <cp:category/>
</cp:coreProperties>
</file>